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5D2AEAD" w14:textId="5E1CC5BE" w:rsidR="00A667F9" w:rsidRPr="00417DBC" w:rsidRDefault="00010653" w:rsidP="00610642">
      <w:pPr>
        <w:pStyle w:val="a8"/>
        <w:jc w:val="center"/>
        <w:rPr>
          <w:rFonts w:ascii="HY견고딕" w:eastAsia="HY견고딕"/>
          <w:b/>
          <w:bCs/>
          <w:sz w:val="32"/>
          <w:szCs w:val="32"/>
          <w:lang w:eastAsia="ko-KR"/>
        </w:rPr>
      </w:pPr>
      <w:bookmarkStart w:id="0" w:name="_GoBack"/>
      <w:bookmarkEnd w:id="0"/>
      <w:r w:rsidRPr="00417DBC">
        <w:rPr>
          <w:rFonts w:ascii="HY견고딕" w:eastAsia="HY견고딕" w:hint="eastAsia"/>
          <w:b/>
          <w:bCs/>
          <w:sz w:val="32"/>
          <w:szCs w:val="32"/>
          <w:lang w:eastAsia="ko-KR"/>
        </w:rPr>
        <w:t>서울시 EPMD(Electric Personal Mobility Device) 화재 방지 대안 정책 제안서</w:t>
      </w:r>
    </w:p>
    <w:p w14:paraId="7E83E801" w14:textId="77777777" w:rsidR="00A667F9" w:rsidRDefault="00010653">
      <w:pPr>
        <w:pStyle w:val="1"/>
        <w:rPr>
          <w:lang w:eastAsia="ko-KR"/>
        </w:rPr>
      </w:pPr>
      <w:r>
        <w:rPr>
          <w:lang w:eastAsia="ko-KR"/>
        </w:rPr>
        <w:t xml:space="preserve">1. </w:t>
      </w:r>
      <w:r>
        <w:rPr>
          <w:lang w:eastAsia="ko-KR"/>
        </w:rPr>
        <w:t>배경</w:t>
      </w:r>
      <w:r>
        <w:rPr>
          <w:lang w:eastAsia="ko-KR"/>
        </w:rPr>
        <w:t xml:space="preserve"> </w:t>
      </w:r>
      <w:r>
        <w:rPr>
          <w:lang w:eastAsia="ko-KR"/>
        </w:rPr>
        <w:t>및</w:t>
      </w:r>
      <w:r>
        <w:rPr>
          <w:lang w:eastAsia="ko-KR"/>
        </w:rPr>
        <w:t xml:space="preserve"> </w:t>
      </w:r>
      <w:r>
        <w:rPr>
          <w:lang w:eastAsia="ko-KR"/>
        </w:rPr>
        <w:t>문제</w:t>
      </w:r>
      <w:r>
        <w:rPr>
          <w:lang w:eastAsia="ko-KR"/>
        </w:rPr>
        <w:t xml:space="preserve"> </w:t>
      </w:r>
      <w:r>
        <w:rPr>
          <w:lang w:eastAsia="ko-KR"/>
        </w:rPr>
        <w:t>인식</w:t>
      </w:r>
    </w:p>
    <w:p w14:paraId="2568614E" w14:textId="7F5D1F48" w:rsidR="00A667F9" w:rsidRPr="00F82A62" w:rsidRDefault="00F82A62">
      <w:pPr>
        <w:rPr>
          <w:rFonts w:eastAsia="맑은 고딕"/>
          <w:lang w:eastAsia="ko-KR"/>
        </w:rPr>
      </w:pPr>
      <w:r>
        <w:rPr>
          <w:rFonts w:ascii="맑은 고딕" w:eastAsia="맑은 고딕" w:hAnsi="맑은 고딕" w:cs="맑은 고딕" w:hint="eastAsia"/>
          <w:lang w:eastAsia="ko-KR"/>
        </w:rPr>
        <w:t xml:space="preserve">- </w:t>
      </w:r>
      <w:r w:rsidR="00010653">
        <w:rPr>
          <w:rFonts w:ascii="맑은 고딕" w:eastAsia="맑은 고딕" w:hAnsi="맑은 고딕" w:cs="맑은 고딕" w:hint="eastAsia"/>
          <w:lang w:eastAsia="ko-KR"/>
        </w:rPr>
        <w:t>최근</w:t>
      </w:r>
      <w:r w:rsidR="00010653">
        <w:rPr>
          <w:lang w:eastAsia="ko-KR"/>
        </w:rPr>
        <w:t xml:space="preserve"> </w:t>
      </w:r>
      <w:r w:rsidR="00010653">
        <w:rPr>
          <w:rFonts w:ascii="맑은 고딕" w:eastAsia="맑은 고딕" w:hAnsi="맑은 고딕" w:cs="맑은 고딕" w:hint="eastAsia"/>
          <w:lang w:eastAsia="ko-KR"/>
        </w:rPr>
        <w:t>서울시</w:t>
      </w:r>
      <w:r w:rsidR="00010653">
        <w:rPr>
          <w:lang w:eastAsia="ko-KR"/>
        </w:rPr>
        <w:t xml:space="preserve"> </w:t>
      </w:r>
      <w:r w:rsidR="00010653">
        <w:rPr>
          <w:rFonts w:ascii="맑은 고딕" w:eastAsia="맑은 고딕" w:hAnsi="맑은 고딕" w:cs="맑은 고딕" w:hint="eastAsia"/>
          <w:lang w:eastAsia="ko-KR"/>
        </w:rPr>
        <w:t>관내</w:t>
      </w:r>
      <w:r w:rsidR="00010653">
        <w:rPr>
          <w:lang w:eastAsia="ko-KR"/>
        </w:rPr>
        <w:t xml:space="preserve"> </w:t>
      </w:r>
      <w:r w:rsidR="00010653">
        <w:rPr>
          <w:rFonts w:ascii="맑은 고딕" w:eastAsia="맑은 고딕" w:hAnsi="맑은 고딕" w:cs="맑은 고딕" w:hint="eastAsia"/>
          <w:lang w:eastAsia="ko-KR"/>
        </w:rPr>
        <w:t>아파트에서</w:t>
      </w:r>
      <w:r w:rsidR="00010653">
        <w:rPr>
          <w:lang w:eastAsia="ko-KR"/>
        </w:rPr>
        <w:t xml:space="preserve"> EPMD </w:t>
      </w:r>
      <w:r w:rsidR="00010653">
        <w:rPr>
          <w:rFonts w:ascii="맑은 고딕" w:eastAsia="맑은 고딕" w:hAnsi="맑은 고딕" w:cs="맑은 고딕" w:hint="eastAsia"/>
          <w:lang w:eastAsia="ko-KR"/>
        </w:rPr>
        <w:t>충전</w:t>
      </w:r>
      <w:r w:rsidR="00010653">
        <w:rPr>
          <w:lang w:eastAsia="ko-KR"/>
        </w:rPr>
        <w:t xml:space="preserve"> </w:t>
      </w:r>
      <w:r w:rsidR="00010653">
        <w:rPr>
          <w:rFonts w:ascii="맑은 고딕" w:eastAsia="맑은 고딕" w:hAnsi="맑은 고딕" w:cs="맑은 고딕" w:hint="eastAsia"/>
          <w:lang w:eastAsia="ko-KR"/>
        </w:rPr>
        <w:t>중</w:t>
      </w:r>
      <w:r w:rsidR="00010653">
        <w:rPr>
          <w:lang w:eastAsia="ko-KR"/>
        </w:rPr>
        <w:t xml:space="preserve"> </w:t>
      </w:r>
      <w:r w:rsidR="00010653">
        <w:rPr>
          <w:rFonts w:ascii="맑은 고딕" w:eastAsia="맑은 고딕" w:hAnsi="맑은 고딕" w:cs="맑은 고딕" w:hint="eastAsia"/>
          <w:lang w:eastAsia="ko-KR"/>
        </w:rPr>
        <w:t>발생한</w:t>
      </w:r>
      <w:r w:rsidR="00010653">
        <w:rPr>
          <w:lang w:eastAsia="ko-KR"/>
        </w:rPr>
        <w:t xml:space="preserve"> </w:t>
      </w:r>
      <w:r w:rsidR="00010653">
        <w:rPr>
          <w:rFonts w:ascii="맑은 고딕" w:eastAsia="맑은 고딕" w:hAnsi="맑은 고딕" w:cs="맑은 고딕" w:hint="eastAsia"/>
          <w:lang w:eastAsia="ko-KR"/>
        </w:rPr>
        <w:t>배터리</w:t>
      </w:r>
      <w:r w:rsidR="00010653">
        <w:rPr>
          <w:lang w:eastAsia="ko-KR"/>
        </w:rPr>
        <w:t xml:space="preserve"> </w:t>
      </w:r>
      <w:r w:rsidR="00010653">
        <w:rPr>
          <w:rFonts w:ascii="맑은 고딕" w:eastAsia="맑은 고딕" w:hAnsi="맑은 고딕" w:cs="맑은 고딕" w:hint="eastAsia"/>
          <w:lang w:eastAsia="ko-KR"/>
        </w:rPr>
        <w:t>화재</w:t>
      </w:r>
      <w:r w:rsidR="00010653">
        <w:rPr>
          <w:lang w:eastAsia="ko-KR"/>
        </w:rPr>
        <w:t xml:space="preserve"> </w:t>
      </w:r>
      <w:r w:rsidR="00010653">
        <w:rPr>
          <w:rFonts w:ascii="맑은 고딕" w:eastAsia="맑은 고딕" w:hAnsi="맑은 고딕" w:cs="맑은 고딕" w:hint="eastAsia"/>
          <w:lang w:eastAsia="ko-KR"/>
        </w:rPr>
        <w:t>사고가</w:t>
      </w:r>
      <w:r w:rsidR="00010653">
        <w:rPr>
          <w:lang w:eastAsia="ko-KR"/>
        </w:rPr>
        <w:t xml:space="preserve"> </w:t>
      </w:r>
      <w:r w:rsidR="00010653">
        <w:rPr>
          <w:rFonts w:ascii="맑은 고딕" w:eastAsia="맑은 고딕" w:hAnsi="맑은 고딕" w:cs="맑은 고딕" w:hint="eastAsia"/>
          <w:lang w:eastAsia="ko-KR"/>
        </w:rPr>
        <w:t>증가하고</w:t>
      </w:r>
      <w:r w:rsidR="00010653">
        <w:rPr>
          <w:lang w:eastAsia="ko-KR"/>
        </w:rPr>
        <w:t xml:space="preserve"> </w:t>
      </w:r>
      <w:r w:rsidR="00010653">
        <w:rPr>
          <w:rFonts w:ascii="맑은 고딕" w:eastAsia="맑은 고딕" w:hAnsi="맑은 고딕" w:cs="맑은 고딕" w:hint="eastAsia"/>
          <w:lang w:eastAsia="ko-KR"/>
        </w:rPr>
        <w:t>있음</w:t>
      </w:r>
      <w:r w:rsidR="00010653">
        <w:rPr>
          <w:lang w:eastAsia="ko-KR"/>
        </w:rPr>
        <w:t>.</w:t>
      </w:r>
      <w:r w:rsidR="00010653">
        <w:rPr>
          <w:lang w:eastAsia="ko-KR"/>
        </w:rPr>
        <w:br/>
      </w:r>
      <w:r>
        <w:rPr>
          <w:rFonts w:ascii="맑은 고딕" w:eastAsia="맑은 고딕" w:hAnsi="맑은 고딕" w:cs="맑은 고딕" w:hint="eastAsia"/>
          <w:lang w:eastAsia="ko-KR"/>
        </w:rPr>
        <w:t xml:space="preserve">- </w:t>
      </w:r>
      <w:r w:rsidR="00010653">
        <w:rPr>
          <w:rFonts w:ascii="맑은 고딕" w:eastAsia="맑은 고딕" w:hAnsi="맑은 고딕" w:cs="맑은 고딕" w:hint="eastAsia"/>
          <w:lang w:eastAsia="ko-KR"/>
        </w:rPr>
        <w:t>주요</w:t>
      </w:r>
      <w:r w:rsidR="00010653">
        <w:rPr>
          <w:lang w:eastAsia="ko-KR"/>
        </w:rPr>
        <w:t xml:space="preserve"> </w:t>
      </w:r>
      <w:r w:rsidR="00010653">
        <w:rPr>
          <w:rFonts w:ascii="맑은 고딕" w:eastAsia="맑은 고딕" w:hAnsi="맑은 고딕" w:cs="맑은 고딕" w:hint="eastAsia"/>
          <w:lang w:eastAsia="ko-KR"/>
        </w:rPr>
        <w:t>원인은</w:t>
      </w:r>
      <w:r w:rsidR="00010653">
        <w:rPr>
          <w:lang w:eastAsia="ko-KR"/>
        </w:rPr>
        <w:t xml:space="preserve"> △</w:t>
      </w:r>
      <w:r w:rsidR="00010653">
        <w:rPr>
          <w:rFonts w:ascii="맑은 고딕" w:eastAsia="맑은 고딕" w:hAnsi="맑은 고딕" w:cs="맑은 고딕" w:hint="eastAsia"/>
          <w:lang w:eastAsia="ko-KR"/>
        </w:rPr>
        <w:t>아파트</w:t>
      </w:r>
      <w:r w:rsidR="00010653">
        <w:rPr>
          <w:lang w:eastAsia="ko-KR"/>
        </w:rPr>
        <w:t xml:space="preserve"> </w:t>
      </w:r>
      <w:r w:rsidR="00010653">
        <w:rPr>
          <w:rFonts w:ascii="맑은 고딕" w:eastAsia="맑은 고딕" w:hAnsi="맑은 고딕" w:cs="맑은 고딕" w:hint="eastAsia"/>
          <w:lang w:eastAsia="ko-KR"/>
        </w:rPr>
        <w:t>내</w:t>
      </w:r>
      <w:r w:rsidR="00010653">
        <w:rPr>
          <w:lang w:eastAsia="ko-KR"/>
        </w:rPr>
        <w:t xml:space="preserve"> </w:t>
      </w:r>
      <w:r w:rsidR="00010653">
        <w:rPr>
          <w:rFonts w:ascii="맑은 고딕" w:eastAsia="맑은 고딕" w:hAnsi="맑은 고딕" w:cs="맑은 고딕" w:hint="eastAsia"/>
          <w:lang w:eastAsia="ko-KR"/>
        </w:rPr>
        <w:t>공용</w:t>
      </w:r>
      <w:r w:rsidR="00010653">
        <w:rPr>
          <w:lang w:eastAsia="ko-KR"/>
        </w:rPr>
        <w:t xml:space="preserve"> </w:t>
      </w:r>
      <w:r w:rsidR="00010653">
        <w:rPr>
          <w:rFonts w:ascii="맑은 고딕" w:eastAsia="맑은 고딕" w:hAnsi="맑은 고딕" w:cs="맑은 고딕" w:hint="eastAsia"/>
          <w:lang w:eastAsia="ko-KR"/>
        </w:rPr>
        <w:t>공간에</w:t>
      </w:r>
      <w:r w:rsidR="00010653">
        <w:rPr>
          <w:lang w:eastAsia="ko-KR"/>
        </w:rPr>
        <w:t xml:space="preserve"> </w:t>
      </w:r>
      <w:r w:rsidR="00010653">
        <w:rPr>
          <w:rFonts w:ascii="맑은 고딕" w:eastAsia="맑은 고딕" w:hAnsi="맑은 고딕" w:cs="맑은 고딕" w:hint="eastAsia"/>
          <w:lang w:eastAsia="ko-KR"/>
        </w:rPr>
        <w:t>적합한</w:t>
      </w:r>
      <w:r w:rsidR="00010653">
        <w:rPr>
          <w:lang w:eastAsia="ko-KR"/>
        </w:rPr>
        <w:t xml:space="preserve"> </w:t>
      </w:r>
      <w:r w:rsidR="00010653">
        <w:rPr>
          <w:rFonts w:ascii="맑은 고딕" w:eastAsia="맑은 고딕" w:hAnsi="맑은 고딕" w:cs="맑은 고딕" w:hint="eastAsia"/>
          <w:lang w:eastAsia="ko-KR"/>
        </w:rPr>
        <w:t>충전</w:t>
      </w:r>
      <w:r w:rsidR="00010653">
        <w:rPr>
          <w:lang w:eastAsia="ko-KR"/>
        </w:rPr>
        <w:t xml:space="preserve"> </w:t>
      </w:r>
      <w:r w:rsidR="00010653">
        <w:rPr>
          <w:rFonts w:ascii="맑은 고딕" w:eastAsia="맑은 고딕" w:hAnsi="맑은 고딕" w:cs="맑은 고딕" w:hint="eastAsia"/>
          <w:lang w:eastAsia="ko-KR"/>
        </w:rPr>
        <w:t>인프라</w:t>
      </w:r>
      <w:r w:rsidR="00010653">
        <w:rPr>
          <w:lang w:eastAsia="ko-KR"/>
        </w:rPr>
        <w:t xml:space="preserve"> </w:t>
      </w:r>
      <w:r w:rsidR="00010653">
        <w:rPr>
          <w:rFonts w:ascii="맑은 고딕" w:eastAsia="맑은 고딕" w:hAnsi="맑은 고딕" w:cs="맑은 고딕" w:hint="eastAsia"/>
          <w:lang w:eastAsia="ko-KR"/>
        </w:rPr>
        <w:t>부재</w:t>
      </w:r>
      <w:r w:rsidR="00010653">
        <w:rPr>
          <w:lang w:eastAsia="ko-KR"/>
        </w:rPr>
        <w:t>, △</w:t>
      </w:r>
      <w:r w:rsidR="00010653">
        <w:rPr>
          <w:rFonts w:ascii="맑은 고딕" w:eastAsia="맑은 고딕" w:hAnsi="맑은 고딕" w:cs="맑은 고딕" w:hint="eastAsia"/>
          <w:lang w:eastAsia="ko-KR"/>
        </w:rPr>
        <w:t>사용자가</w:t>
      </w:r>
      <w:r w:rsidR="00010653">
        <w:rPr>
          <w:lang w:eastAsia="ko-KR"/>
        </w:rPr>
        <w:t xml:space="preserve"> </w:t>
      </w:r>
      <w:r w:rsidR="00010653">
        <w:rPr>
          <w:rFonts w:ascii="맑은 고딕" w:eastAsia="맑은 고딕" w:hAnsi="맑은 고딕" w:cs="맑은 고딕" w:hint="eastAsia"/>
          <w:lang w:eastAsia="ko-KR"/>
        </w:rPr>
        <w:t>실내</w:t>
      </w:r>
      <w:r w:rsidR="00010653">
        <w:rPr>
          <w:lang w:eastAsia="ko-KR"/>
        </w:rPr>
        <w:t xml:space="preserve"> </w:t>
      </w:r>
      <w:r w:rsidR="00010653">
        <w:rPr>
          <w:rFonts w:ascii="맑은 고딕" w:eastAsia="맑은 고딕" w:hAnsi="맑은 고딕" w:cs="맑은 고딕" w:hint="eastAsia"/>
          <w:lang w:eastAsia="ko-KR"/>
        </w:rPr>
        <w:t>혹은</w:t>
      </w:r>
      <w:r w:rsidR="00010653">
        <w:rPr>
          <w:lang w:eastAsia="ko-KR"/>
        </w:rPr>
        <w:t xml:space="preserve"> </w:t>
      </w:r>
      <w:r>
        <w:rPr>
          <w:rFonts w:eastAsia="맑은 고딕" w:hint="eastAsia"/>
          <w:lang w:eastAsia="ko-KR"/>
        </w:rPr>
        <w:t xml:space="preserve">     </w:t>
      </w:r>
      <w:r w:rsidR="00010653">
        <w:rPr>
          <w:rFonts w:ascii="맑은 고딕" w:eastAsia="맑은 고딕" w:hAnsi="맑은 고딕" w:cs="맑은 고딕" w:hint="eastAsia"/>
          <w:lang w:eastAsia="ko-KR"/>
        </w:rPr>
        <w:t>비공식</w:t>
      </w:r>
      <w:r w:rsidR="00010653">
        <w:rPr>
          <w:lang w:eastAsia="ko-KR"/>
        </w:rPr>
        <w:t xml:space="preserve"> </w:t>
      </w:r>
      <w:r w:rsidR="00010653">
        <w:rPr>
          <w:rFonts w:ascii="맑은 고딕" w:eastAsia="맑은 고딕" w:hAnsi="맑은 고딕" w:cs="맑은 고딕" w:hint="eastAsia"/>
          <w:lang w:eastAsia="ko-KR"/>
        </w:rPr>
        <w:t>전원에서</w:t>
      </w:r>
      <w:r w:rsidR="00010653">
        <w:rPr>
          <w:lang w:eastAsia="ko-KR"/>
        </w:rPr>
        <w:t xml:space="preserve"> </w:t>
      </w:r>
      <w:r w:rsidR="00010653">
        <w:rPr>
          <w:rFonts w:ascii="맑은 고딕" w:eastAsia="맑은 고딕" w:hAnsi="맑은 고딕" w:cs="맑은 고딕" w:hint="eastAsia"/>
          <w:lang w:eastAsia="ko-KR"/>
        </w:rPr>
        <w:t>충전할</w:t>
      </w:r>
      <w:r w:rsidR="00010653">
        <w:rPr>
          <w:lang w:eastAsia="ko-KR"/>
        </w:rPr>
        <w:t xml:space="preserve"> </w:t>
      </w:r>
      <w:r w:rsidR="00010653">
        <w:rPr>
          <w:rFonts w:ascii="맑은 고딕" w:eastAsia="맑은 고딕" w:hAnsi="맑은 고딕" w:cs="맑은 고딕" w:hint="eastAsia"/>
          <w:lang w:eastAsia="ko-KR"/>
        </w:rPr>
        <w:t>수밖에</w:t>
      </w:r>
      <w:r w:rsidR="00010653">
        <w:rPr>
          <w:lang w:eastAsia="ko-KR"/>
        </w:rPr>
        <w:t xml:space="preserve"> </w:t>
      </w:r>
      <w:r w:rsidR="00010653">
        <w:rPr>
          <w:rFonts w:ascii="맑은 고딕" w:eastAsia="맑은 고딕" w:hAnsi="맑은 고딕" w:cs="맑은 고딕" w:hint="eastAsia"/>
          <w:lang w:eastAsia="ko-KR"/>
        </w:rPr>
        <w:t>없는</w:t>
      </w:r>
      <w:r w:rsidR="00010653">
        <w:rPr>
          <w:lang w:eastAsia="ko-KR"/>
        </w:rPr>
        <w:t xml:space="preserve"> </w:t>
      </w:r>
      <w:r w:rsidR="00010653">
        <w:rPr>
          <w:rFonts w:ascii="맑은 고딕" w:eastAsia="맑은 고딕" w:hAnsi="맑은 고딕" w:cs="맑은 고딕" w:hint="eastAsia"/>
          <w:lang w:eastAsia="ko-KR"/>
        </w:rPr>
        <w:t>환경</w:t>
      </w:r>
      <w:r w:rsidR="00010653">
        <w:rPr>
          <w:lang w:eastAsia="ko-KR"/>
        </w:rPr>
        <w:t xml:space="preserve"> </w:t>
      </w:r>
      <w:r w:rsidR="00010653">
        <w:rPr>
          <w:rFonts w:ascii="맑은 고딕" w:eastAsia="맑은 고딕" w:hAnsi="맑은 고딕" w:cs="맑은 고딕" w:hint="eastAsia"/>
          <w:lang w:eastAsia="ko-KR"/>
        </w:rPr>
        <w:t>때문임</w:t>
      </w:r>
      <w:r w:rsidR="00010653">
        <w:rPr>
          <w:lang w:eastAsia="ko-KR"/>
        </w:rPr>
        <w:t>.</w:t>
      </w:r>
      <w:r w:rsidR="00010653">
        <w:rPr>
          <w:lang w:eastAsia="ko-KR"/>
        </w:rPr>
        <w:br/>
      </w:r>
      <w:r>
        <w:rPr>
          <w:rFonts w:ascii="맑은 고딕" w:eastAsia="맑은 고딕" w:hAnsi="맑은 고딕" w:cs="맑은 고딕" w:hint="eastAsia"/>
          <w:lang w:eastAsia="ko-KR"/>
        </w:rPr>
        <w:t xml:space="preserve">- </w:t>
      </w:r>
      <w:r w:rsidR="00010653">
        <w:rPr>
          <w:rFonts w:ascii="맑은 고딕" w:eastAsia="맑은 고딕" w:hAnsi="맑은 고딕" w:cs="맑은 고딕" w:hint="eastAsia"/>
          <w:lang w:eastAsia="ko-KR"/>
        </w:rPr>
        <w:t>아파트</w:t>
      </w:r>
      <w:r w:rsidR="00010653">
        <w:rPr>
          <w:lang w:eastAsia="ko-KR"/>
        </w:rPr>
        <w:t xml:space="preserve"> </w:t>
      </w:r>
      <w:r w:rsidR="00010653">
        <w:rPr>
          <w:rFonts w:ascii="맑은 고딕" w:eastAsia="맑은 고딕" w:hAnsi="맑은 고딕" w:cs="맑은 고딕" w:hint="eastAsia"/>
          <w:lang w:eastAsia="ko-KR"/>
        </w:rPr>
        <w:t>단지</w:t>
      </w:r>
      <w:r w:rsidR="00010653">
        <w:rPr>
          <w:lang w:eastAsia="ko-KR"/>
        </w:rPr>
        <w:t xml:space="preserve"> </w:t>
      </w:r>
      <w:r w:rsidR="00010653">
        <w:rPr>
          <w:rFonts w:ascii="맑은 고딕" w:eastAsia="맑은 고딕" w:hAnsi="맑은 고딕" w:cs="맑은 고딕" w:hint="eastAsia"/>
          <w:lang w:eastAsia="ko-KR"/>
        </w:rPr>
        <w:t>내에는</w:t>
      </w:r>
      <w:r w:rsidR="00010653">
        <w:rPr>
          <w:lang w:eastAsia="ko-KR"/>
        </w:rPr>
        <w:t xml:space="preserve"> </w:t>
      </w:r>
      <w:r w:rsidR="00010653">
        <w:rPr>
          <w:rFonts w:ascii="맑은 고딕" w:eastAsia="맑은 고딕" w:hAnsi="맑은 고딕" w:cs="맑은 고딕" w:hint="eastAsia"/>
          <w:lang w:eastAsia="ko-KR"/>
        </w:rPr>
        <w:t>전기차</w:t>
      </w:r>
      <w:r w:rsidR="00010653">
        <w:rPr>
          <w:lang w:eastAsia="ko-KR"/>
        </w:rPr>
        <w:t xml:space="preserve">(EV) </w:t>
      </w:r>
      <w:r w:rsidR="00010653">
        <w:rPr>
          <w:rFonts w:ascii="맑은 고딕" w:eastAsia="맑은 고딕" w:hAnsi="맑은 고딕" w:cs="맑은 고딕" w:hint="eastAsia"/>
          <w:lang w:eastAsia="ko-KR"/>
        </w:rPr>
        <w:t>충전기가</w:t>
      </w:r>
      <w:r w:rsidR="00010653">
        <w:rPr>
          <w:lang w:eastAsia="ko-KR"/>
        </w:rPr>
        <w:t xml:space="preserve"> </w:t>
      </w:r>
      <w:r w:rsidR="00010653">
        <w:rPr>
          <w:rFonts w:ascii="맑은 고딕" w:eastAsia="맑은 고딕" w:hAnsi="맑은 고딕" w:cs="맑은 고딕" w:hint="eastAsia"/>
          <w:lang w:eastAsia="ko-KR"/>
        </w:rPr>
        <w:t>설치되어</w:t>
      </w:r>
      <w:r w:rsidR="00010653">
        <w:rPr>
          <w:lang w:eastAsia="ko-KR"/>
        </w:rPr>
        <w:t xml:space="preserve"> </w:t>
      </w:r>
      <w:r w:rsidR="00010653">
        <w:rPr>
          <w:rFonts w:ascii="맑은 고딕" w:eastAsia="맑은 고딕" w:hAnsi="맑은 고딕" w:cs="맑은 고딕" w:hint="eastAsia"/>
          <w:lang w:eastAsia="ko-KR"/>
        </w:rPr>
        <w:t>있으나</w:t>
      </w:r>
      <w:r w:rsidR="00010653">
        <w:rPr>
          <w:lang w:eastAsia="ko-KR"/>
        </w:rPr>
        <w:t xml:space="preserve">, </w:t>
      </w:r>
      <w:r w:rsidR="00010653">
        <w:rPr>
          <w:rFonts w:ascii="맑은 고딕" w:eastAsia="맑은 고딕" w:hAnsi="맑은 고딕" w:cs="맑은 고딕" w:hint="eastAsia"/>
          <w:lang w:eastAsia="ko-KR"/>
        </w:rPr>
        <w:t>이는</w:t>
      </w:r>
      <w:r w:rsidR="00010653">
        <w:rPr>
          <w:lang w:eastAsia="ko-KR"/>
        </w:rPr>
        <w:t xml:space="preserve"> </w:t>
      </w:r>
      <w:r w:rsidR="00010653">
        <w:rPr>
          <w:rFonts w:ascii="맑은 고딕" w:eastAsia="맑은 고딕" w:hAnsi="맑은 고딕" w:cs="맑은 고딕" w:hint="eastAsia"/>
          <w:lang w:eastAsia="ko-KR"/>
        </w:rPr>
        <w:t>소형</w:t>
      </w:r>
      <w:r w:rsidR="00010653">
        <w:rPr>
          <w:lang w:eastAsia="ko-KR"/>
        </w:rPr>
        <w:t xml:space="preserve"> </w:t>
      </w:r>
      <w:proofErr w:type="spellStart"/>
      <w:r w:rsidR="00010653">
        <w:rPr>
          <w:rFonts w:ascii="맑은 고딕" w:eastAsia="맑은 고딕" w:hAnsi="맑은 고딕" w:cs="맑은 고딕" w:hint="eastAsia"/>
          <w:lang w:eastAsia="ko-KR"/>
        </w:rPr>
        <w:t>모빌리티</w:t>
      </w:r>
      <w:proofErr w:type="spellEnd"/>
      <w:r w:rsidR="00010653">
        <w:rPr>
          <w:lang w:eastAsia="ko-KR"/>
        </w:rPr>
        <w:t xml:space="preserve">(EPMD) </w:t>
      </w:r>
      <w:r w:rsidR="00010653">
        <w:rPr>
          <w:rFonts w:ascii="맑은 고딕" w:eastAsia="맑은 고딕" w:hAnsi="맑은 고딕" w:cs="맑은 고딕" w:hint="eastAsia"/>
          <w:lang w:eastAsia="ko-KR"/>
        </w:rPr>
        <w:t>전용</w:t>
      </w:r>
      <w:r w:rsidR="00010653">
        <w:rPr>
          <w:lang w:eastAsia="ko-KR"/>
        </w:rPr>
        <w:t xml:space="preserve"> </w:t>
      </w:r>
      <w:r w:rsidR="00010653">
        <w:rPr>
          <w:rFonts w:ascii="맑은 고딕" w:eastAsia="맑은 고딕" w:hAnsi="맑은 고딕" w:cs="맑은 고딕" w:hint="eastAsia"/>
          <w:lang w:eastAsia="ko-KR"/>
        </w:rPr>
        <w:t>충전환경을</w:t>
      </w:r>
      <w:r w:rsidR="00010653">
        <w:rPr>
          <w:lang w:eastAsia="ko-KR"/>
        </w:rPr>
        <w:t xml:space="preserve"> </w:t>
      </w:r>
      <w:r w:rsidR="00010653">
        <w:rPr>
          <w:rFonts w:ascii="맑은 고딕" w:eastAsia="맑은 고딕" w:hAnsi="맑은 고딕" w:cs="맑은 고딕" w:hint="eastAsia"/>
          <w:lang w:eastAsia="ko-KR"/>
        </w:rPr>
        <w:t>고려하지</w:t>
      </w:r>
      <w:r w:rsidR="00010653">
        <w:rPr>
          <w:lang w:eastAsia="ko-KR"/>
        </w:rPr>
        <w:t xml:space="preserve"> </w:t>
      </w:r>
      <w:r w:rsidR="00010653">
        <w:rPr>
          <w:rFonts w:ascii="맑은 고딕" w:eastAsia="맑은 고딕" w:hAnsi="맑은 고딕" w:cs="맑은 고딕" w:hint="eastAsia"/>
          <w:lang w:eastAsia="ko-KR"/>
        </w:rPr>
        <w:t>않은</w:t>
      </w:r>
      <w:r w:rsidR="00010653">
        <w:rPr>
          <w:lang w:eastAsia="ko-KR"/>
        </w:rPr>
        <w:t xml:space="preserve"> </w:t>
      </w:r>
      <w:r w:rsidR="00010653">
        <w:rPr>
          <w:rFonts w:ascii="맑은 고딕" w:eastAsia="맑은 고딕" w:hAnsi="맑은 고딕" w:cs="맑은 고딕" w:hint="eastAsia"/>
          <w:lang w:eastAsia="ko-KR"/>
        </w:rPr>
        <w:t>인프라임</w:t>
      </w:r>
      <w:r w:rsidR="00010653">
        <w:rPr>
          <w:lang w:eastAsia="ko-KR"/>
        </w:rPr>
        <w:t>.</w:t>
      </w:r>
    </w:p>
    <w:p w14:paraId="3069B964" w14:textId="77777777" w:rsidR="00A667F9" w:rsidRDefault="00010653">
      <w:pPr>
        <w:pStyle w:val="1"/>
        <w:rPr>
          <w:lang w:eastAsia="ko-KR"/>
        </w:rPr>
      </w:pPr>
      <w:r>
        <w:rPr>
          <w:lang w:eastAsia="ko-KR"/>
        </w:rPr>
        <w:t xml:space="preserve">2. </w:t>
      </w:r>
      <w:r>
        <w:rPr>
          <w:lang w:eastAsia="ko-KR"/>
        </w:rPr>
        <w:t>현행</w:t>
      </w:r>
      <w:r>
        <w:rPr>
          <w:lang w:eastAsia="ko-KR"/>
        </w:rPr>
        <w:t xml:space="preserve"> </w:t>
      </w:r>
      <w:r>
        <w:rPr>
          <w:lang w:eastAsia="ko-KR"/>
        </w:rPr>
        <w:t>인프라</w:t>
      </w:r>
      <w:r>
        <w:rPr>
          <w:lang w:eastAsia="ko-KR"/>
        </w:rPr>
        <w:t xml:space="preserve"> </w:t>
      </w:r>
      <w:r>
        <w:rPr>
          <w:lang w:eastAsia="ko-KR"/>
        </w:rPr>
        <w:t>상황</w:t>
      </w:r>
    </w:p>
    <w:p w14:paraId="62F9F2D0" w14:textId="565A112C" w:rsidR="00A667F9" w:rsidRDefault="00F82A62">
      <w:pPr>
        <w:rPr>
          <w:lang w:eastAsia="ko-KR"/>
        </w:rPr>
      </w:pPr>
      <w:r>
        <w:rPr>
          <w:rFonts w:eastAsia="맑은 고딕" w:hint="eastAsia"/>
          <w:lang w:eastAsia="ko-KR"/>
        </w:rPr>
        <w:t xml:space="preserve">- </w:t>
      </w:r>
      <w:r w:rsidR="00010653">
        <w:rPr>
          <w:lang w:eastAsia="ko-KR"/>
        </w:rPr>
        <w:t>서울시는</w:t>
      </w:r>
      <w:r w:rsidR="00010653">
        <w:rPr>
          <w:lang w:eastAsia="ko-KR"/>
        </w:rPr>
        <w:t xml:space="preserve"> </w:t>
      </w:r>
      <w:r w:rsidR="00010653">
        <w:rPr>
          <w:lang w:eastAsia="ko-KR"/>
        </w:rPr>
        <w:t>지난</w:t>
      </w:r>
      <w:r w:rsidR="00010653">
        <w:rPr>
          <w:lang w:eastAsia="ko-KR"/>
        </w:rPr>
        <w:t xml:space="preserve"> </w:t>
      </w:r>
      <w:r w:rsidR="00010653">
        <w:rPr>
          <w:lang w:eastAsia="ko-KR"/>
        </w:rPr>
        <w:t>수년간</w:t>
      </w:r>
      <w:r w:rsidR="00010653">
        <w:rPr>
          <w:lang w:eastAsia="ko-KR"/>
        </w:rPr>
        <w:t xml:space="preserve"> </w:t>
      </w:r>
      <w:r w:rsidR="00010653">
        <w:rPr>
          <w:lang w:eastAsia="ko-KR"/>
        </w:rPr>
        <w:t>과금형</w:t>
      </w:r>
      <w:r w:rsidR="00010653">
        <w:rPr>
          <w:lang w:eastAsia="ko-KR"/>
        </w:rPr>
        <w:t xml:space="preserve"> </w:t>
      </w:r>
      <w:r w:rsidR="00010653">
        <w:rPr>
          <w:lang w:eastAsia="ko-KR"/>
        </w:rPr>
        <w:t>콘센트를</w:t>
      </w:r>
      <w:r w:rsidR="00010653">
        <w:rPr>
          <w:lang w:eastAsia="ko-KR"/>
        </w:rPr>
        <w:t xml:space="preserve"> </w:t>
      </w:r>
      <w:r w:rsidR="00010653">
        <w:rPr>
          <w:lang w:eastAsia="ko-KR"/>
        </w:rPr>
        <w:t>대규모로</w:t>
      </w:r>
      <w:r w:rsidR="00010653">
        <w:rPr>
          <w:lang w:eastAsia="ko-KR"/>
        </w:rPr>
        <w:t xml:space="preserve"> </w:t>
      </w:r>
      <w:r w:rsidR="00010653">
        <w:rPr>
          <w:lang w:eastAsia="ko-KR"/>
        </w:rPr>
        <w:t>보급하여</w:t>
      </w:r>
      <w:r w:rsidR="00010653">
        <w:rPr>
          <w:lang w:eastAsia="ko-KR"/>
        </w:rPr>
        <w:t xml:space="preserve">, </w:t>
      </w:r>
      <w:r w:rsidR="00010653">
        <w:rPr>
          <w:lang w:eastAsia="ko-KR"/>
        </w:rPr>
        <w:t>기존의</w:t>
      </w:r>
      <w:r w:rsidR="00010653">
        <w:rPr>
          <w:lang w:eastAsia="ko-KR"/>
        </w:rPr>
        <w:t xml:space="preserve"> </w:t>
      </w:r>
      <w:proofErr w:type="spellStart"/>
      <w:r w:rsidR="00010653">
        <w:rPr>
          <w:lang w:eastAsia="ko-KR"/>
        </w:rPr>
        <w:t>완속충전기가</w:t>
      </w:r>
      <w:proofErr w:type="spellEnd"/>
      <w:r w:rsidR="00010653">
        <w:rPr>
          <w:lang w:eastAsia="ko-KR"/>
        </w:rPr>
        <w:t xml:space="preserve"> </w:t>
      </w:r>
      <w:r w:rsidR="00010653">
        <w:rPr>
          <w:lang w:eastAsia="ko-KR"/>
        </w:rPr>
        <w:t>독점적으로</w:t>
      </w:r>
      <w:r w:rsidR="00010653">
        <w:rPr>
          <w:lang w:eastAsia="ko-KR"/>
        </w:rPr>
        <w:t xml:space="preserve"> </w:t>
      </w:r>
      <w:proofErr w:type="spellStart"/>
      <w:r w:rsidR="00010653">
        <w:rPr>
          <w:lang w:eastAsia="ko-KR"/>
        </w:rPr>
        <w:t>전기차</w:t>
      </w:r>
      <w:proofErr w:type="spellEnd"/>
      <w:r w:rsidR="00010653">
        <w:rPr>
          <w:lang w:eastAsia="ko-KR"/>
        </w:rPr>
        <w:t>(EV)</w:t>
      </w:r>
      <w:r w:rsidR="00010653">
        <w:rPr>
          <w:lang w:eastAsia="ko-KR"/>
        </w:rPr>
        <w:t>만</w:t>
      </w:r>
      <w:r w:rsidR="00010653">
        <w:rPr>
          <w:lang w:eastAsia="ko-KR"/>
        </w:rPr>
        <w:t xml:space="preserve"> </w:t>
      </w:r>
      <w:r w:rsidR="00010653">
        <w:rPr>
          <w:lang w:eastAsia="ko-KR"/>
        </w:rPr>
        <w:t>충전하는</w:t>
      </w:r>
      <w:r w:rsidR="00010653">
        <w:rPr>
          <w:lang w:eastAsia="ko-KR"/>
        </w:rPr>
        <w:t xml:space="preserve"> </w:t>
      </w:r>
      <w:r w:rsidR="00010653">
        <w:rPr>
          <w:lang w:eastAsia="ko-KR"/>
        </w:rPr>
        <w:t>공간이라는</w:t>
      </w:r>
      <w:r w:rsidR="00010653">
        <w:rPr>
          <w:lang w:eastAsia="ko-KR"/>
        </w:rPr>
        <w:t xml:space="preserve"> </w:t>
      </w:r>
      <w:r w:rsidR="00010653">
        <w:rPr>
          <w:lang w:eastAsia="ko-KR"/>
        </w:rPr>
        <w:t>한계를</w:t>
      </w:r>
      <w:r w:rsidR="00010653">
        <w:rPr>
          <w:lang w:eastAsia="ko-KR"/>
        </w:rPr>
        <w:t xml:space="preserve"> </w:t>
      </w:r>
      <w:r w:rsidR="00010653">
        <w:rPr>
          <w:lang w:eastAsia="ko-KR"/>
        </w:rPr>
        <w:t>극복하고</w:t>
      </w:r>
      <w:r w:rsidR="00010653">
        <w:rPr>
          <w:lang w:eastAsia="ko-KR"/>
        </w:rPr>
        <w:t xml:space="preserve">, </w:t>
      </w:r>
      <w:r w:rsidR="00010653">
        <w:rPr>
          <w:lang w:eastAsia="ko-KR"/>
        </w:rPr>
        <w:t>전기차와</w:t>
      </w:r>
      <w:r w:rsidR="00010653">
        <w:rPr>
          <w:lang w:eastAsia="ko-KR"/>
        </w:rPr>
        <w:t xml:space="preserve"> </w:t>
      </w:r>
      <w:r w:rsidR="00010653">
        <w:rPr>
          <w:lang w:eastAsia="ko-KR"/>
        </w:rPr>
        <w:t>내연차가</w:t>
      </w:r>
      <w:r w:rsidR="00010653">
        <w:rPr>
          <w:lang w:eastAsia="ko-KR"/>
        </w:rPr>
        <w:t xml:space="preserve"> </w:t>
      </w:r>
      <w:r w:rsidR="00010653">
        <w:rPr>
          <w:lang w:eastAsia="ko-KR"/>
        </w:rPr>
        <w:t>공존할</w:t>
      </w:r>
      <w:r w:rsidR="00010653">
        <w:rPr>
          <w:lang w:eastAsia="ko-KR"/>
        </w:rPr>
        <w:t xml:space="preserve"> </w:t>
      </w:r>
      <w:r w:rsidR="00010653">
        <w:rPr>
          <w:lang w:eastAsia="ko-KR"/>
        </w:rPr>
        <w:t>수</w:t>
      </w:r>
      <w:r w:rsidR="00010653">
        <w:rPr>
          <w:lang w:eastAsia="ko-KR"/>
        </w:rPr>
        <w:t xml:space="preserve"> </w:t>
      </w:r>
      <w:r w:rsidR="00010653">
        <w:rPr>
          <w:lang w:eastAsia="ko-KR"/>
        </w:rPr>
        <w:t>있는</w:t>
      </w:r>
      <w:r w:rsidR="00010653">
        <w:rPr>
          <w:lang w:eastAsia="ko-KR"/>
        </w:rPr>
        <w:t xml:space="preserve"> </w:t>
      </w:r>
      <w:r w:rsidR="00010653">
        <w:rPr>
          <w:lang w:eastAsia="ko-KR"/>
        </w:rPr>
        <w:t>환경을</w:t>
      </w:r>
      <w:r w:rsidR="00010653">
        <w:rPr>
          <w:lang w:eastAsia="ko-KR"/>
        </w:rPr>
        <w:t xml:space="preserve"> </w:t>
      </w:r>
      <w:r w:rsidR="00010653">
        <w:rPr>
          <w:lang w:eastAsia="ko-KR"/>
        </w:rPr>
        <w:t>구축해</w:t>
      </w:r>
      <w:r w:rsidR="00010653">
        <w:rPr>
          <w:lang w:eastAsia="ko-KR"/>
        </w:rPr>
        <w:t xml:space="preserve"> </w:t>
      </w:r>
      <w:r w:rsidR="00010653">
        <w:rPr>
          <w:lang w:eastAsia="ko-KR"/>
        </w:rPr>
        <w:t>왔음</w:t>
      </w:r>
      <w:r w:rsidR="00010653">
        <w:rPr>
          <w:lang w:eastAsia="ko-KR"/>
        </w:rPr>
        <w:t>.</w:t>
      </w:r>
      <w:r w:rsidR="00010653">
        <w:rPr>
          <w:lang w:eastAsia="ko-KR"/>
        </w:rPr>
        <w:br/>
      </w:r>
      <w:r>
        <w:rPr>
          <w:rFonts w:eastAsia="맑은 고딕" w:hint="eastAsia"/>
          <w:lang w:eastAsia="ko-KR"/>
        </w:rPr>
        <w:t xml:space="preserve">- </w:t>
      </w:r>
      <w:r w:rsidR="00010653">
        <w:rPr>
          <w:lang w:eastAsia="ko-KR"/>
        </w:rPr>
        <w:t>과금형</w:t>
      </w:r>
      <w:r w:rsidR="00010653">
        <w:rPr>
          <w:lang w:eastAsia="ko-KR"/>
        </w:rPr>
        <w:t xml:space="preserve"> </w:t>
      </w:r>
      <w:r w:rsidR="00010653">
        <w:rPr>
          <w:lang w:eastAsia="ko-KR"/>
        </w:rPr>
        <w:t>콘센트는</w:t>
      </w:r>
      <w:r w:rsidR="00010653">
        <w:rPr>
          <w:lang w:eastAsia="ko-KR"/>
        </w:rPr>
        <w:t xml:space="preserve"> EPMD </w:t>
      </w:r>
      <w:r w:rsidR="00010653">
        <w:rPr>
          <w:lang w:eastAsia="ko-KR"/>
        </w:rPr>
        <w:t>충전이</w:t>
      </w:r>
      <w:r w:rsidR="00010653">
        <w:rPr>
          <w:lang w:eastAsia="ko-KR"/>
        </w:rPr>
        <w:t xml:space="preserve"> </w:t>
      </w:r>
      <w:r w:rsidR="00010653">
        <w:rPr>
          <w:lang w:eastAsia="ko-KR"/>
        </w:rPr>
        <w:t>기술적으로</w:t>
      </w:r>
      <w:r w:rsidR="00010653">
        <w:rPr>
          <w:lang w:eastAsia="ko-KR"/>
        </w:rPr>
        <w:t xml:space="preserve"> </w:t>
      </w:r>
      <w:r w:rsidR="00010653">
        <w:rPr>
          <w:lang w:eastAsia="ko-KR"/>
        </w:rPr>
        <w:t>가능하며</w:t>
      </w:r>
      <w:r w:rsidR="00010653">
        <w:rPr>
          <w:lang w:eastAsia="ko-KR"/>
        </w:rPr>
        <w:t xml:space="preserve">, </w:t>
      </w:r>
      <w:r w:rsidR="00010653">
        <w:rPr>
          <w:lang w:eastAsia="ko-KR"/>
        </w:rPr>
        <w:t>충전</w:t>
      </w:r>
      <w:r w:rsidR="00010653">
        <w:rPr>
          <w:lang w:eastAsia="ko-KR"/>
        </w:rPr>
        <w:t xml:space="preserve"> </w:t>
      </w:r>
      <w:r w:rsidR="00010653">
        <w:rPr>
          <w:lang w:eastAsia="ko-KR"/>
        </w:rPr>
        <w:t>과정에서</w:t>
      </w:r>
      <w:r w:rsidR="00010653">
        <w:rPr>
          <w:lang w:eastAsia="ko-KR"/>
        </w:rPr>
        <w:t xml:space="preserve"> </w:t>
      </w:r>
      <w:r w:rsidR="00010653">
        <w:rPr>
          <w:lang w:eastAsia="ko-KR"/>
        </w:rPr>
        <w:t>안전인증</w:t>
      </w:r>
      <w:r w:rsidR="00010653">
        <w:rPr>
          <w:lang w:eastAsia="ko-KR"/>
        </w:rPr>
        <w:t xml:space="preserve"> </w:t>
      </w:r>
      <w:r w:rsidR="00010653">
        <w:rPr>
          <w:lang w:eastAsia="ko-KR"/>
        </w:rPr>
        <w:t>및</w:t>
      </w:r>
      <w:r w:rsidR="00010653">
        <w:rPr>
          <w:lang w:eastAsia="ko-KR"/>
        </w:rPr>
        <w:t xml:space="preserve"> </w:t>
      </w:r>
      <w:r w:rsidR="00010653">
        <w:rPr>
          <w:lang w:eastAsia="ko-KR"/>
        </w:rPr>
        <w:t>사용량</w:t>
      </w:r>
      <w:r w:rsidR="00010653">
        <w:rPr>
          <w:lang w:eastAsia="ko-KR"/>
        </w:rPr>
        <w:t xml:space="preserve"> </w:t>
      </w:r>
      <w:r w:rsidR="00010653">
        <w:rPr>
          <w:lang w:eastAsia="ko-KR"/>
        </w:rPr>
        <w:t>과금이</w:t>
      </w:r>
      <w:r w:rsidR="00010653">
        <w:rPr>
          <w:lang w:eastAsia="ko-KR"/>
        </w:rPr>
        <w:t xml:space="preserve"> </w:t>
      </w:r>
      <w:r w:rsidR="00010653">
        <w:rPr>
          <w:lang w:eastAsia="ko-KR"/>
        </w:rPr>
        <w:t>가능해</w:t>
      </w:r>
      <w:r w:rsidR="00010653">
        <w:rPr>
          <w:lang w:eastAsia="ko-KR"/>
        </w:rPr>
        <w:t xml:space="preserve"> </w:t>
      </w:r>
      <w:r w:rsidR="00010653">
        <w:rPr>
          <w:lang w:eastAsia="ko-KR"/>
        </w:rPr>
        <w:t>비공식</w:t>
      </w:r>
      <w:r w:rsidR="00010653">
        <w:rPr>
          <w:lang w:eastAsia="ko-KR"/>
        </w:rPr>
        <w:t xml:space="preserve"> </w:t>
      </w:r>
      <w:r w:rsidR="00010653">
        <w:rPr>
          <w:lang w:eastAsia="ko-KR"/>
        </w:rPr>
        <w:t>충전보다</w:t>
      </w:r>
      <w:r w:rsidR="00010653">
        <w:rPr>
          <w:lang w:eastAsia="ko-KR"/>
        </w:rPr>
        <w:t xml:space="preserve"> </w:t>
      </w:r>
      <w:r w:rsidR="00010653">
        <w:rPr>
          <w:lang w:eastAsia="ko-KR"/>
        </w:rPr>
        <w:t>안전성</w:t>
      </w:r>
      <w:r w:rsidR="00010653">
        <w:rPr>
          <w:lang w:eastAsia="ko-KR"/>
        </w:rPr>
        <w:t>·</w:t>
      </w:r>
      <w:r w:rsidR="00010653">
        <w:rPr>
          <w:lang w:eastAsia="ko-KR"/>
        </w:rPr>
        <w:t>투명성이</w:t>
      </w:r>
      <w:r w:rsidR="00010653">
        <w:rPr>
          <w:lang w:eastAsia="ko-KR"/>
        </w:rPr>
        <w:t xml:space="preserve"> </w:t>
      </w:r>
      <w:r w:rsidR="00010653">
        <w:rPr>
          <w:lang w:eastAsia="ko-KR"/>
        </w:rPr>
        <w:t>높음</w:t>
      </w:r>
      <w:r w:rsidR="00010653">
        <w:rPr>
          <w:lang w:eastAsia="ko-KR"/>
        </w:rPr>
        <w:t>.</w:t>
      </w:r>
    </w:p>
    <w:p w14:paraId="29E50C53" w14:textId="77777777" w:rsidR="00A667F9" w:rsidRDefault="00010653">
      <w:pPr>
        <w:pStyle w:val="1"/>
        <w:rPr>
          <w:lang w:eastAsia="ko-KR"/>
        </w:rPr>
      </w:pPr>
      <w:r>
        <w:rPr>
          <w:lang w:eastAsia="ko-KR"/>
        </w:rPr>
        <w:t xml:space="preserve">3. </w:t>
      </w:r>
      <w:r>
        <w:rPr>
          <w:lang w:eastAsia="ko-KR"/>
        </w:rPr>
        <w:t>정책</w:t>
      </w:r>
      <w:r>
        <w:rPr>
          <w:lang w:eastAsia="ko-KR"/>
        </w:rPr>
        <w:t xml:space="preserve"> </w:t>
      </w:r>
      <w:r>
        <w:rPr>
          <w:lang w:eastAsia="ko-KR"/>
        </w:rPr>
        <w:t>제안</w:t>
      </w:r>
    </w:p>
    <w:p w14:paraId="68B7BCBE" w14:textId="096F64BA" w:rsidR="00947CF8" w:rsidRDefault="00947CF8" w:rsidP="00947CF8">
      <w:pPr>
        <w:rPr>
          <w:rFonts w:eastAsia="맑은 고딕"/>
          <w:lang w:eastAsia="ko-KR"/>
        </w:rPr>
      </w:pPr>
      <w:r>
        <w:rPr>
          <w:rFonts w:eastAsia="맑은 고딕" w:hint="eastAsia"/>
          <w:lang w:eastAsia="ko-KR"/>
        </w:rPr>
        <w:t>-</w:t>
      </w:r>
      <w:r w:rsidR="00041763">
        <w:rPr>
          <w:rFonts w:eastAsia="맑은 고딕" w:hint="eastAsia"/>
          <w:lang w:eastAsia="ko-KR"/>
        </w:rPr>
        <w:t xml:space="preserve"> </w:t>
      </w:r>
      <w:r w:rsidR="00010653">
        <w:rPr>
          <w:rFonts w:ascii="맑은 고딕" w:eastAsia="맑은 고딕" w:hAnsi="맑은 고딕" w:cs="맑은 고딕" w:hint="eastAsia"/>
          <w:lang w:eastAsia="ko-KR"/>
        </w:rPr>
        <w:t>서울시는</w:t>
      </w:r>
      <w:r w:rsidR="00010653">
        <w:rPr>
          <w:lang w:eastAsia="ko-KR"/>
        </w:rPr>
        <w:t xml:space="preserve"> </w:t>
      </w:r>
      <w:r w:rsidR="00010653">
        <w:rPr>
          <w:rFonts w:ascii="맑은 고딕" w:eastAsia="맑은 고딕" w:hAnsi="맑은 고딕" w:cs="맑은 고딕" w:hint="eastAsia"/>
          <w:lang w:eastAsia="ko-KR"/>
        </w:rPr>
        <w:t>기존의</w:t>
      </w:r>
      <w:r w:rsidR="00010653">
        <w:rPr>
          <w:lang w:eastAsia="ko-KR"/>
        </w:rPr>
        <w:t xml:space="preserve"> </w:t>
      </w:r>
      <w:r w:rsidR="00010653">
        <w:rPr>
          <w:rFonts w:ascii="맑은 고딕" w:eastAsia="맑은 고딕" w:hAnsi="맑은 고딕" w:cs="맑은 고딕" w:hint="eastAsia"/>
          <w:lang w:eastAsia="ko-KR"/>
        </w:rPr>
        <w:t>과금형</w:t>
      </w:r>
      <w:r w:rsidR="00010653">
        <w:rPr>
          <w:lang w:eastAsia="ko-KR"/>
        </w:rPr>
        <w:t xml:space="preserve"> </w:t>
      </w:r>
      <w:r w:rsidR="00010653">
        <w:rPr>
          <w:rFonts w:ascii="맑은 고딕" w:eastAsia="맑은 고딕" w:hAnsi="맑은 고딕" w:cs="맑은 고딕" w:hint="eastAsia"/>
          <w:lang w:eastAsia="ko-KR"/>
        </w:rPr>
        <w:t>콘센트</w:t>
      </w:r>
      <w:r w:rsidR="00010653">
        <w:rPr>
          <w:lang w:eastAsia="ko-KR"/>
        </w:rPr>
        <w:t xml:space="preserve"> </w:t>
      </w:r>
      <w:r w:rsidR="00010653">
        <w:rPr>
          <w:rFonts w:ascii="맑은 고딕" w:eastAsia="맑은 고딕" w:hAnsi="맑은 고딕" w:cs="맑은 고딕" w:hint="eastAsia"/>
          <w:lang w:eastAsia="ko-KR"/>
        </w:rPr>
        <w:t>보급</w:t>
      </w:r>
      <w:r w:rsidR="00010653">
        <w:rPr>
          <w:lang w:eastAsia="ko-KR"/>
        </w:rPr>
        <w:t xml:space="preserve"> </w:t>
      </w:r>
      <w:r w:rsidR="00010653">
        <w:rPr>
          <w:rFonts w:ascii="맑은 고딕" w:eastAsia="맑은 고딕" w:hAnsi="맑은 고딕" w:cs="맑은 고딕" w:hint="eastAsia"/>
          <w:lang w:eastAsia="ko-KR"/>
        </w:rPr>
        <w:t>성과를</w:t>
      </w:r>
      <w:r w:rsidR="00010653">
        <w:rPr>
          <w:lang w:eastAsia="ko-KR"/>
        </w:rPr>
        <w:t xml:space="preserve"> </w:t>
      </w:r>
      <w:r w:rsidR="00010653">
        <w:rPr>
          <w:rFonts w:ascii="맑은 고딕" w:eastAsia="맑은 고딕" w:hAnsi="맑은 고딕" w:cs="맑은 고딕" w:hint="eastAsia"/>
          <w:lang w:eastAsia="ko-KR"/>
        </w:rPr>
        <w:t>바탕으로</w:t>
      </w:r>
      <w:r w:rsidR="00010653">
        <w:rPr>
          <w:lang w:eastAsia="ko-KR"/>
        </w:rPr>
        <w:t xml:space="preserve">, EPMD </w:t>
      </w:r>
      <w:r w:rsidR="00010653">
        <w:rPr>
          <w:rFonts w:ascii="맑은 고딕" w:eastAsia="맑은 고딕" w:hAnsi="맑은 고딕" w:cs="맑은 고딕" w:hint="eastAsia"/>
          <w:lang w:eastAsia="ko-KR"/>
        </w:rPr>
        <w:t>안전</w:t>
      </w:r>
      <w:r w:rsidR="00010653">
        <w:rPr>
          <w:lang w:eastAsia="ko-KR"/>
        </w:rPr>
        <w:t xml:space="preserve"> </w:t>
      </w:r>
      <w:r w:rsidR="00010653">
        <w:rPr>
          <w:rFonts w:ascii="맑은 고딕" w:eastAsia="맑은 고딕" w:hAnsi="맑은 고딕" w:cs="맑은 고딕" w:hint="eastAsia"/>
          <w:lang w:eastAsia="ko-KR"/>
        </w:rPr>
        <w:t>충전</w:t>
      </w:r>
      <w:r w:rsidR="00010653">
        <w:rPr>
          <w:lang w:eastAsia="ko-KR"/>
        </w:rPr>
        <w:t xml:space="preserve"> </w:t>
      </w:r>
      <w:r w:rsidR="00010653">
        <w:rPr>
          <w:rFonts w:ascii="맑은 고딕" w:eastAsia="맑은 고딕" w:hAnsi="맑은 고딕" w:cs="맑은 고딕" w:hint="eastAsia"/>
          <w:lang w:eastAsia="ko-KR"/>
        </w:rPr>
        <w:t>제도화</w:t>
      </w:r>
      <w:r w:rsidR="00010653">
        <w:rPr>
          <w:lang w:eastAsia="ko-KR"/>
        </w:rPr>
        <w:t xml:space="preserve"> </w:t>
      </w:r>
      <w:r w:rsidR="00010653">
        <w:rPr>
          <w:rFonts w:ascii="맑은 고딕" w:eastAsia="맑은 고딕" w:hAnsi="맑은 고딕" w:cs="맑은 고딕" w:hint="eastAsia"/>
          <w:lang w:eastAsia="ko-KR"/>
        </w:rPr>
        <w:t>정책을</w:t>
      </w:r>
      <w:r w:rsidR="00010653">
        <w:rPr>
          <w:lang w:eastAsia="ko-KR"/>
        </w:rPr>
        <w:t xml:space="preserve"> </w:t>
      </w:r>
      <w:r w:rsidR="00010653">
        <w:rPr>
          <w:rFonts w:ascii="맑은 고딕" w:eastAsia="맑은 고딕" w:hAnsi="맑은 고딕" w:cs="맑은 고딕" w:hint="eastAsia"/>
          <w:lang w:eastAsia="ko-KR"/>
        </w:rPr>
        <w:t>추진할</w:t>
      </w:r>
      <w:r w:rsidR="00010653">
        <w:rPr>
          <w:lang w:eastAsia="ko-KR"/>
        </w:rPr>
        <w:t xml:space="preserve"> </w:t>
      </w:r>
      <w:r w:rsidR="00010653">
        <w:rPr>
          <w:rFonts w:ascii="맑은 고딕" w:eastAsia="맑은 고딕" w:hAnsi="맑은 고딕" w:cs="맑은 고딕" w:hint="eastAsia"/>
          <w:lang w:eastAsia="ko-KR"/>
        </w:rPr>
        <w:t>것을</w:t>
      </w:r>
      <w:r w:rsidR="00010653">
        <w:rPr>
          <w:lang w:eastAsia="ko-KR"/>
        </w:rPr>
        <w:t xml:space="preserve"> </w:t>
      </w:r>
      <w:r w:rsidR="00010653">
        <w:rPr>
          <w:rFonts w:ascii="맑은 고딕" w:eastAsia="맑은 고딕" w:hAnsi="맑은 고딕" w:cs="맑은 고딕" w:hint="eastAsia"/>
          <w:lang w:eastAsia="ko-KR"/>
        </w:rPr>
        <w:t>제안함</w:t>
      </w:r>
      <w:r w:rsidR="00010653">
        <w:rPr>
          <w:lang w:eastAsia="ko-KR"/>
        </w:rPr>
        <w:t>.</w:t>
      </w:r>
    </w:p>
    <w:p w14:paraId="2658398B" w14:textId="58EBCA2B" w:rsidR="00A667F9" w:rsidRPr="00947CF8" w:rsidRDefault="00010653" w:rsidP="00947CF8">
      <w:pPr>
        <w:ind w:firstLineChars="100" w:firstLine="241"/>
        <w:rPr>
          <w:b/>
          <w:bCs/>
          <w:sz w:val="24"/>
          <w:szCs w:val="24"/>
          <w:lang w:eastAsia="ko-KR"/>
        </w:rPr>
      </w:pPr>
      <w:r w:rsidRPr="00947CF8">
        <w:rPr>
          <w:b/>
          <w:bCs/>
          <w:sz w:val="24"/>
          <w:szCs w:val="24"/>
          <w:lang w:eastAsia="ko-KR"/>
        </w:rPr>
        <w:t xml:space="preserve">(1) </w:t>
      </w:r>
      <w:r w:rsidRPr="00947CF8">
        <w:rPr>
          <w:rFonts w:ascii="맑은 고딕" w:eastAsia="맑은 고딕" w:hAnsi="맑은 고딕" w:cs="맑은 고딕" w:hint="eastAsia"/>
          <w:b/>
          <w:bCs/>
          <w:sz w:val="24"/>
          <w:szCs w:val="24"/>
          <w:lang w:eastAsia="ko-KR"/>
        </w:rPr>
        <w:t>제도적</w:t>
      </w:r>
      <w:r w:rsidRPr="00947CF8">
        <w:rPr>
          <w:b/>
          <w:bCs/>
          <w:sz w:val="24"/>
          <w:szCs w:val="24"/>
          <w:lang w:eastAsia="ko-KR"/>
        </w:rPr>
        <w:t xml:space="preserve"> </w:t>
      </w:r>
      <w:r w:rsidRPr="00947CF8">
        <w:rPr>
          <w:rFonts w:ascii="맑은 고딕" w:eastAsia="맑은 고딕" w:hAnsi="맑은 고딕" w:cs="맑은 고딕" w:hint="eastAsia"/>
          <w:b/>
          <w:bCs/>
          <w:sz w:val="24"/>
          <w:szCs w:val="24"/>
          <w:lang w:eastAsia="ko-KR"/>
        </w:rPr>
        <w:t>장치</w:t>
      </w:r>
      <w:r w:rsidRPr="00947CF8">
        <w:rPr>
          <w:b/>
          <w:bCs/>
          <w:sz w:val="24"/>
          <w:szCs w:val="24"/>
          <w:lang w:eastAsia="ko-KR"/>
        </w:rPr>
        <w:t xml:space="preserve"> </w:t>
      </w:r>
      <w:r w:rsidRPr="00947CF8">
        <w:rPr>
          <w:rFonts w:ascii="맑은 고딕" w:eastAsia="맑은 고딕" w:hAnsi="맑은 고딕" w:cs="맑은 고딕" w:hint="eastAsia"/>
          <w:b/>
          <w:bCs/>
          <w:sz w:val="24"/>
          <w:szCs w:val="24"/>
          <w:lang w:eastAsia="ko-KR"/>
        </w:rPr>
        <w:t>마련</w:t>
      </w:r>
    </w:p>
    <w:p w14:paraId="54AA3634" w14:textId="77777777" w:rsidR="00947CF8" w:rsidRDefault="00947CF8" w:rsidP="00947CF8">
      <w:pPr>
        <w:rPr>
          <w:rFonts w:eastAsia="맑은 고딕"/>
          <w:lang w:eastAsia="ko-KR"/>
        </w:rPr>
      </w:pPr>
      <w:r>
        <w:rPr>
          <w:rFonts w:ascii="맑은 고딕" w:eastAsia="맑은 고딕" w:hAnsi="맑은 고딕" w:cs="맑은 고딕" w:hint="eastAsia"/>
          <w:lang w:eastAsia="ko-KR"/>
        </w:rPr>
        <w:t xml:space="preserve">- </w:t>
      </w:r>
      <w:r w:rsidR="00010653">
        <w:rPr>
          <w:rFonts w:ascii="맑은 고딕" w:eastAsia="맑은 고딕" w:hAnsi="맑은 고딕" w:cs="맑은 고딕" w:hint="eastAsia"/>
          <w:lang w:eastAsia="ko-KR"/>
        </w:rPr>
        <w:t>과금형</w:t>
      </w:r>
      <w:r w:rsidR="00010653">
        <w:rPr>
          <w:lang w:eastAsia="ko-KR"/>
        </w:rPr>
        <w:t xml:space="preserve"> </w:t>
      </w:r>
      <w:r w:rsidR="00010653">
        <w:rPr>
          <w:rFonts w:ascii="맑은 고딕" w:eastAsia="맑은 고딕" w:hAnsi="맑은 고딕" w:cs="맑은 고딕" w:hint="eastAsia"/>
          <w:lang w:eastAsia="ko-KR"/>
        </w:rPr>
        <w:t>콘센트를</w:t>
      </w:r>
      <w:r w:rsidR="00010653">
        <w:rPr>
          <w:lang w:eastAsia="ko-KR"/>
        </w:rPr>
        <w:t xml:space="preserve"> EPMD </w:t>
      </w:r>
      <w:r w:rsidR="00010653">
        <w:rPr>
          <w:rFonts w:ascii="맑은 고딕" w:eastAsia="맑은 고딕" w:hAnsi="맑은 고딕" w:cs="맑은 고딕" w:hint="eastAsia"/>
          <w:lang w:eastAsia="ko-KR"/>
        </w:rPr>
        <w:t>공식</w:t>
      </w:r>
      <w:r w:rsidR="00010653">
        <w:rPr>
          <w:lang w:eastAsia="ko-KR"/>
        </w:rPr>
        <w:t xml:space="preserve"> </w:t>
      </w:r>
      <w:r w:rsidR="00010653">
        <w:rPr>
          <w:rFonts w:ascii="맑은 고딕" w:eastAsia="맑은 고딕" w:hAnsi="맑은 고딕" w:cs="맑은 고딕" w:hint="eastAsia"/>
          <w:lang w:eastAsia="ko-KR"/>
        </w:rPr>
        <w:t>충전</w:t>
      </w:r>
      <w:r w:rsidR="00010653">
        <w:rPr>
          <w:lang w:eastAsia="ko-KR"/>
        </w:rPr>
        <w:t xml:space="preserve"> </w:t>
      </w:r>
      <w:r w:rsidR="00010653">
        <w:rPr>
          <w:rFonts w:ascii="맑은 고딕" w:eastAsia="맑은 고딕" w:hAnsi="맑은 고딕" w:cs="맑은 고딕" w:hint="eastAsia"/>
          <w:lang w:eastAsia="ko-KR"/>
        </w:rPr>
        <w:t>인프라로</w:t>
      </w:r>
      <w:r w:rsidR="00010653">
        <w:rPr>
          <w:lang w:eastAsia="ko-KR"/>
        </w:rPr>
        <w:t xml:space="preserve"> </w:t>
      </w:r>
      <w:r w:rsidR="00010653">
        <w:rPr>
          <w:rFonts w:ascii="맑은 고딕" w:eastAsia="맑은 고딕" w:hAnsi="맑은 고딕" w:cs="맑은 고딕" w:hint="eastAsia"/>
          <w:lang w:eastAsia="ko-KR"/>
        </w:rPr>
        <w:t>규정</w:t>
      </w:r>
      <w:r w:rsidR="00010653">
        <w:rPr>
          <w:lang w:eastAsia="ko-KR"/>
        </w:rPr>
        <w:t>.</w:t>
      </w:r>
      <w:r w:rsidR="00010653">
        <w:rPr>
          <w:lang w:eastAsia="ko-KR"/>
        </w:rPr>
        <w:br/>
      </w:r>
      <w:r>
        <w:rPr>
          <w:rFonts w:eastAsia="맑은 고딕" w:hint="eastAsia"/>
          <w:lang w:eastAsia="ko-KR"/>
        </w:rPr>
        <w:t xml:space="preserve">- </w:t>
      </w:r>
      <w:r w:rsidR="00010653">
        <w:rPr>
          <w:rFonts w:ascii="맑은 고딕" w:eastAsia="맑은 고딕" w:hAnsi="맑은 고딕" w:cs="맑은 고딕" w:hint="eastAsia"/>
          <w:lang w:eastAsia="ko-KR"/>
        </w:rPr>
        <w:t>아파트</w:t>
      </w:r>
      <w:r w:rsidR="00010653">
        <w:rPr>
          <w:lang w:eastAsia="ko-KR"/>
        </w:rPr>
        <w:t xml:space="preserve">, </w:t>
      </w:r>
      <w:r w:rsidR="00010653">
        <w:rPr>
          <w:rFonts w:ascii="맑은 고딕" w:eastAsia="맑은 고딕" w:hAnsi="맑은 고딕" w:cs="맑은 고딕" w:hint="eastAsia"/>
          <w:lang w:eastAsia="ko-KR"/>
        </w:rPr>
        <w:t>오피스텔</w:t>
      </w:r>
      <w:r w:rsidR="00010653">
        <w:rPr>
          <w:lang w:eastAsia="ko-KR"/>
        </w:rPr>
        <w:t xml:space="preserve">, </w:t>
      </w:r>
      <w:r w:rsidR="00010653">
        <w:rPr>
          <w:rFonts w:ascii="맑은 고딕" w:eastAsia="맑은 고딕" w:hAnsi="맑은 고딕" w:cs="맑은 고딕" w:hint="eastAsia"/>
          <w:lang w:eastAsia="ko-KR"/>
        </w:rPr>
        <w:t>다세대주택</w:t>
      </w:r>
      <w:r w:rsidR="00010653">
        <w:rPr>
          <w:lang w:eastAsia="ko-KR"/>
        </w:rPr>
        <w:t xml:space="preserve"> </w:t>
      </w:r>
      <w:r w:rsidR="00010653">
        <w:rPr>
          <w:rFonts w:ascii="맑은 고딕" w:eastAsia="맑은 고딕" w:hAnsi="맑은 고딕" w:cs="맑은 고딕" w:hint="eastAsia"/>
          <w:lang w:eastAsia="ko-KR"/>
        </w:rPr>
        <w:t>등</w:t>
      </w:r>
      <w:r w:rsidR="00010653">
        <w:rPr>
          <w:lang w:eastAsia="ko-KR"/>
        </w:rPr>
        <w:t xml:space="preserve"> </w:t>
      </w:r>
      <w:r w:rsidR="00010653">
        <w:rPr>
          <w:rFonts w:ascii="맑은 고딕" w:eastAsia="맑은 고딕" w:hAnsi="맑은 고딕" w:cs="맑은 고딕" w:hint="eastAsia"/>
          <w:lang w:eastAsia="ko-KR"/>
        </w:rPr>
        <w:t>공동주택</w:t>
      </w:r>
      <w:r w:rsidR="00010653">
        <w:rPr>
          <w:lang w:eastAsia="ko-KR"/>
        </w:rPr>
        <w:t xml:space="preserve"> </w:t>
      </w:r>
      <w:r w:rsidR="00010653">
        <w:rPr>
          <w:rFonts w:ascii="맑은 고딕" w:eastAsia="맑은 고딕" w:hAnsi="맑은 고딕" w:cs="맑은 고딕" w:hint="eastAsia"/>
          <w:lang w:eastAsia="ko-KR"/>
        </w:rPr>
        <w:t>내</w:t>
      </w:r>
      <w:r w:rsidR="00010653">
        <w:rPr>
          <w:lang w:eastAsia="ko-KR"/>
        </w:rPr>
        <w:t xml:space="preserve"> </w:t>
      </w:r>
      <w:r w:rsidR="00010653">
        <w:rPr>
          <w:rFonts w:ascii="맑은 고딕" w:eastAsia="맑은 고딕" w:hAnsi="맑은 고딕" w:cs="맑은 고딕" w:hint="eastAsia"/>
          <w:lang w:eastAsia="ko-KR"/>
        </w:rPr>
        <w:t>과금형</w:t>
      </w:r>
      <w:r w:rsidR="00010653">
        <w:rPr>
          <w:lang w:eastAsia="ko-KR"/>
        </w:rPr>
        <w:t xml:space="preserve"> </w:t>
      </w:r>
      <w:r w:rsidR="00010653">
        <w:rPr>
          <w:rFonts w:ascii="맑은 고딕" w:eastAsia="맑은 고딕" w:hAnsi="맑은 고딕" w:cs="맑은 고딕" w:hint="eastAsia"/>
          <w:lang w:eastAsia="ko-KR"/>
        </w:rPr>
        <w:t>콘센트</w:t>
      </w:r>
      <w:r w:rsidR="00010653">
        <w:rPr>
          <w:lang w:eastAsia="ko-KR"/>
        </w:rPr>
        <w:t xml:space="preserve"> </w:t>
      </w:r>
      <w:r w:rsidR="00010653">
        <w:rPr>
          <w:rFonts w:ascii="맑은 고딕" w:eastAsia="맑은 고딕" w:hAnsi="맑은 고딕" w:cs="맑은 고딕" w:hint="eastAsia"/>
          <w:lang w:eastAsia="ko-KR"/>
        </w:rPr>
        <w:t>사용을</w:t>
      </w:r>
      <w:r w:rsidR="00010653">
        <w:rPr>
          <w:lang w:eastAsia="ko-KR"/>
        </w:rPr>
        <w:t xml:space="preserve"> </w:t>
      </w:r>
      <w:r w:rsidR="00010653">
        <w:rPr>
          <w:rFonts w:ascii="맑은 고딕" w:eastAsia="맑은 고딕" w:hAnsi="맑은 고딕" w:cs="맑은 고딕" w:hint="eastAsia"/>
          <w:lang w:eastAsia="ko-KR"/>
        </w:rPr>
        <w:t>통한</w:t>
      </w:r>
      <w:r w:rsidR="00010653">
        <w:rPr>
          <w:lang w:eastAsia="ko-KR"/>
        </w:rPr>
        <w:t xml:space="preserve"> EPMD </w:t>
      </w:r>
      <w:r w:rsidR="00010653">
        <w:rPr>
          <w:rFonts w:ascii="맑은 고딕" w:eastAsia="맑은 고딕" w:hAnsi="맑은 고딕" w:cs="맑은 고딕" w:hint="eastAsia"/>
          <w:lang w:eastAsia="ko-KR"/>
        </w:rPr>
        <w:t>충전</w:t>
      </w:r>
      <w:r w:rsidR="00010653">
        <w:rPr>
          <w:lang w:eastAsia="ko-KR"/>
        </w:rPr>
        <w:t xml:space="preserve"> </w:t>
      </w:r>
      <w:r w:rsidR="00010653">
        <w:rPr>
          <w:rFonts w:ascii="맑은 고딕" w:eastAsia="맑은 고딕" w:hAnsi="맑은 고딕" w:cs="맑은 고딕" w:hint="eastAsia"/>
          <w:lang w:eastAsia="ko-KR"/>
        </w:rPr>
        <w:t>허용을</w:t>
      </w:r>
      <w:r w:rsidR="00010653">
        <w:rPr>
          <w:lang w:eastAsia="ko-KR"/>
        </w:rPr>
        <w:t xml:space="preserve"> </w:t>
      </w:r>
      <w:r w:rsidR="00010653">
        <w:rPr>
          <w:rFonts w:ascii="맑은 고딕" w:eastAsia="맑은 고딕" w:hAnsi="맑은 고딕" w:cs="맑은 고딕" w:hint="eastAsia"/>
          <w:lang w:eastAsia="ko-KR"/>
        </w:rPr>
        <w:t>명문화</w:t>
      </w:r>
      <w:r w:rsidR="00010653">
        <w:rPr>
          <w:lang w:eastAsia="ko-KR"/>
        </w:rPr>
        <w:t>.</w:t>
      </w:r>
      <w:r w:rsidR="00010653">
        <w:rPr>
          <w:lang w:eastAsia="ko-KR"/>
        </w:rPr>
        <w:br/>
      </w:r>
      <w:r>
        <w:rPr>
          <w:rFonts w:eastAsia="맑은 고딕" w:hint="eastAsia"/>
          <w:lang w:eastAsia="ko-KR"/>
        </w:rPr>
        <w:t xml:space="preserve">- </w:t>
      </w:r>
      <w:r w:rsidR="00010653">
        <w:rPr>
          <w:rFonts w:ascii="맑은 고딕" w:eastAsia="맑은 고딕" w:hAnsi="맑은 고딕" w:cs="맑은 고딕" w:hint="eastAsia"/>
          <w:lang w:eastAsia="ko-KR"/>
        </w:rPr>
        <w:t>관리사무소</w:t>
      </w:r>
      <w:r w:rsidR="00010653">
        <w:rPr>
          <w:lang w:eastAsia="ko-KR"/>
        </w:rPr>
        <w:t xml:space="preserve"> </w:t>
      </w:r>
      <w:r w:rsidR="00010653">
        <w:rPr>
          <w:rFonts w:ascii="맑은 고딕" w:eastAsia="맑은 고딕" w:hAnsi="맑은 고딕" w:cs="맑은 고딕" w:hint="eastAsia"/>
          <w:lang w:eastAsia="ko-KR"/>
        </w:rPr>
        <w:t>및</w:t>
      </w:r>
      <w:r w:rsidR="00010653">
        <w:rPr>
          <w:lang w:eastAsia="ko-KR"/>
        </w:rPr>
        <w:t xml:space="preserve"> </w:t>
      </w:r>
      <w:r w:rsidR="00010653">
        <w:rPr>
          <w:rFonts w:ascii="맑은 고딕" w:eastAsia="맑은 고딕" w:hAnsi="맑은 고딕" w:cs="맑은 고딕" w:hint="eastAsia"/>
          <w:lang w:eastAsia="ko-KR"/>
        </w:rPr>
        <w:t>입주자대표회의를</w:t>
      </w:r>
      <w:r w:rsidR="00010653">
        <w:rPr>
          <w:lang w:eastAsia="ko-KR"/>
        </w:rPr>
        <w:t xml:space="preserve"> </w:t>
      </w:r>
      <w:r w:rsidR="00010653">
        <w:rPr>
          <w:rFonts w:ascii="맑은 고딕" w:eastAsia="맑은 고딕" w:hAnsi="맑은 고딕" w:cs="맑은 고딕" w:hint="eastAsia"/>
          <w:lang w:eastAsia="ko-KR"/>
        </w:rPr>
        <w:t>대상으로</w:t>
      </w:r>
      <w:r w:rsidR="00010653">
        <w:rPr>
          <w:lang w:eastAsia="ko-KR"/>
        </w:rPr>
        <w:t xml:space="preserve"> EPMD </w:t>
      </w:r>
      <w:r w:rsidR="00010653">
        <w:rPr>
          <w:rFonts w:ascii="맑은 고딕" w:eastAsia="맑은 고딕" w:hAnsi="맑은 고딕" w:cs="맑은 고딕" w:hint="eastAsia"/>
          <w:lang w:eastAsia="ko-KR"/>
        </w:rPr>
        <w:t>충전</w:t>
      </w:r>
      <w:r w:rsidR="00010653">
        <w:rPr>
          <w:lang w:eastAsia="ko-KR"/>
        </w:rPr>
        <w:t xml:space="preserve"> </w:t>
      </w:r>
      <w:r w:rsidR="00010653">
        <w:rPr>
          <w:rFonts w:ascii="맑은 고딕" w:eastAsia="맑은 고딕" w:hAnsi="맑은 고딕" w:cs="맑은 고딕" w:hint="eastAsia"/>
          <w:lang w:eastAsia="ko-KR"/>
        </w:rPr>
        <w:t>가이드라인</w:t>
      </w:r>
      <w:r w:rsidR="00010653">
        <w:rPr>
          <w:lang w:eastAsia="ko-KR"/>
        </w:rPr>
        <w:t xml:space="preserve"> </w:t>
      </w:r>
      <w:r w:rsidR="00010653">
        <w:rPr>
          <w:rFonts w:ascii="맑은 고딕" w:eastAsia="맑은 고딕" w:hAnsi="맑은 고딕" w:cs="맑은 고딕" w:hint="eastAsia"/>
          <w:lang w:eastAsia="ko-KR"/>
        </w:rPr>
        <w:t>제시</w:t>
      </w:r>
      <w:r w:rsidR="00010653">
        <w:rPr>
          <w:lang w:eastAsia="ko-KR"/>
        </w:rPr>
        <w:t>.</w:t>
      </w:r>
    </w:p>
    <w:p w14:paraId="66439ABD" w14:textId="77777777" w:rsidR="00EF1ED1" w:rsidRPr="00EF1ED1" w:rsidRDefault="00EF1ED1" w:rsidP="00947CF8">
      <w:pPr>
        <w:rPr>
          <w:rFonts w:eastAsia="맑은 고딕"/>
          <w:lang w:eastAsia="ko-KR"/>
        </w:rPr>
      </w:pPr>
    </w:p>
    <w:p w14:paraId="3772EF39" w14:textId="7C8D52B0" w:rsidR="00A667F9" w:rsidRPr="00947CF8" w:rsidRDefault="00010653" w:rsidP="00947CF8">
      <w:pPr>
        <w:ind w:firstLineChars="100" w:firstLine="241"/>
        <w:rPr>
          <w:b/>
          <w:bCs/>
          <w:sz w:val="24"/>
          <w:szCs w:val="24"/>
          <w:lang w:eastAsia="ko-KR"/>
        </w:rPr>
      </w:pPr>
      <w:r w:rsidRPr="00947CF8">
        <w:rPr>
          <w:b/>
          <w:bCs/>
          <w:sz w:val="24"/>
          <w:szCs w:val="24"/>
          <w:lang w:eastAsia="ko-KR"/>
        </w:rPr>
        <w:t xml:space="preserve">(2) </w:t>
      </w:r>
      <w:r w:rsidRPr="00947CF8">
        <w:rPr>
          <w:rFonts w:ascii="맑은 고딕" w:eastAsia="맑은 고딕" w:hAnsi="맑은 고딕" w:cs="맑은 고딕" w:hint="eastAsia"/>
          <w:b/>
          <w:bCs/>
          <w:sz w:val="24"/>
          <w:szCs w:val="24"/>
          <w:lang w:eastAsia="ko-KR"/>
        </w:rPr>
        <w:t>안전</w:t>
      </w:r>
      <w:r w:rsidRPr="00947CF8">
        <w:rPr>
          <w:b/>
          <w:bCs/>
          <w:sz w:val="24"/>
          <w:szCs w:val="24"/>
          <w:lang w:eastAsia="ko-KR"/>
        </w:rPr>
        <w:t xml:space="preserve"> </w:t>
      </w:r>
      <w:r w:rsidRPr="00947CF8">
        <w:rPr>
          <w:rFonts w:ascii="맑은 고딕" w:eastAsia="맑은 고딕" w:hAnsi="맑은 고딕" w:cs="맑은 고딕" w:hint="eastAsia"/>
          <w:b/>
          <w:bCs/>
          <w:sz w:val="24"/>
          <w:szCs w:val="24"/>
          <w:lang w:eastAsia="ko-KR"/>
        </w:rPr>
        <w:t>관리</w:t>
      </w:r>
      <w:r w:rsidRPr="00947CF8">
        <w:rPr>
          <w:b/>
          <w:bCs/>
          <w:sz w:val="24"/>
          <w:szCs w:val="24"/>
          <w:lang w:eastAsia="ko-KR"/>
        </w:rPr>
        <w:t xml:space="preserve"> </w:t>
      </w:r>
      <w:r w:rsidRPr="00947CF8">
        <w:rPr>
          <w:rFonts w:ascii="맑은 고딕" w:eastAsia="맑은 고딕" w:hAnsi="맑은 고딕" w:cs="맑은 고딕" w:hint="eastAsia"/>
          <w:b/>
          <w:bCs/>
          <w:sz w:val="24"/>
          <w:szCs w:val="24"/>
          <w:lang w:eastAsia="ko-KR"/>
        </w:rPr>
        <w:t>기준</w:t>
      </w:r>
    </w:p>
    <w:p w14:paraId="54010D05" w14:textId="77777777" w:rsidR="00041763" w:rsidRDefault="00947CF8" w:rsidP="00041763">
      <w:pPr>
        <w:rPr>
          <w:rFonts w:eastAsia="맑은 고딕"/>
          <w:lang w:eastAsia="ko-KR"/>
        </w:rPr>
      </w:pPr>
      <w:r>
        <w:rPr>
          <w:rFonts w:ascii="맑은 고딕" w:eastAsia="맑은 고딕" w:hAnsi="맑은 고딕" w:cs="맑은 고딕" w:hint="eastAsia"/>
          <w:lang w:eastAsia="ko-KR"/>
        </w:rPr>
        <w:lastRenderedPageBreak/>
        <w:t xml:space="preserve">- </w:t>
      </w:r>
      <w:r w:rsidR="00010653">
        <w:rPr>
          <w:rFonts w:ascii="맑은 고딕" w:eastAsia="맑은 고딕" w:hAnsi="맑은 고딕" w:cs="맑은 고딕" w:hint="eastAsia"/>
          <w:lang w:eastAsia="ko-KR"/>
        </w:rPr>
        <w:t>과금형</w:t>
      </w:r>
      <w:r w:rsidR="00010653">
        <w:rPr>
          <w:lang w:eastAsia="ko-KR"/>
        </w:rPr>
        <w:t xml:space="preserve"> </w:t>
      </w:r>
      <w:r w:rsidR="00010653">
        <w:rPr>
          <w:rFonts w:ascii="맑은 고딕" w:eastAsia="맑은 고딕" w:hAnsi="맑은 고딕" w:cs="맑은 고딕" w:hint="eastAsia"/>
          <w:lang w:eastAsia="ko-KR"/>
        </w:rPr>
        <w:t>콘센트</w:t>
      </w:r>
      <w:r w:rsidR="00010653">
        <w:rPr>
          <w:lang w:eastAsia="ko-KR"/>
        </w:rPr>
        <w:t xml:space="preserve"> </w:t>
      </w:r>
      <w:r w:rsidR="00010653">
        <w:rPr>
          <w:rFonts w:ascii="맑은 고딕" w:eastAsia="맑은 고딕" w:hAnsi="맑은 고딕" w:cs="맑은 고딕" w:hint="eastAsia"/>
          <w:lang w:eastAsia="ko-KR"/>
        </w:rPr>
        <w:t>충전</w:t>
      </w:r>
      <w:r w:rsidR="00010653">
        <w:rPr>
          <w:lang w:eastAsia="ko-KR"/>
        </w:rPr>
        <w:t xml:space="preserve"> </w:t>
      </w:r>
      <w:r w:rsidR="00010653">
        <w:rPr>
          <w:rFonts w:ascii="맑은 고딕" w:eastAsia="맑은 고딕" w:hAnsi="맑은 고딕" w:cs="맑은 고딕" w:hint="eastAsia"/>
          <w:lang w:eastAsia="ko-KR"/>
        </w:rPr>
        <w:t>시</w:t>
      </w:r>
      <w:r w:rsidR="00010653">
        <w:rPr>
          <w:lang w:eastAsia="ko-KR"/>
        </w:rPr>
        <w:t xml:space="preserve"> KC </w:t>
      </w:r>
      <w:r w:rsidR="00010653">
        <w:rPr>
          <w:rFonts w:ascii="맑은 고딕" w:eastAsia="맑은 고딕" w:hAnsi="맑은 고딕" w:cs="맑은 고딕" w:hint="eastAsia"/>
          <w:lang w:eastAsia="ko-KR"/>
        </w:rPr>
        <w:t>인증</w:t>
      </w:r>
      <w:r w:rsidR="00010653">
        <w:rPr>
          <w:lang w:eastAsia="ko-KR"/>
        </w:rPr>
        <w:t xml:space="preserve"> </w:t>
      </w:r>
      <w:r w:rsidR="00010653">
        <w:rPr>
          <w:rFonts w:ascii="맑은 고딕" w:eastAsia="맑은 고딕" w:hAnsi="맑은 고딕" w:cs="맑은 고딕" w:hint="eastAsia"/>
          <w:lang w:eastAsia="ko-KR"/>
        </w:rPr>
        <w:t>배터리</w:t>
      </w:r>
      <w:r w:rsidR="00010653">
        <w:rPr>
          <w:lang w:eastAsia="ko-KR"/>
        </w:rPr>
        <w:t xml:space="preserve"> </w:t>
      </w:r>
      <w:r w:rsidR="00010653">
        <w:rPr>
          <w:rFonts w:ascii="맑은 고딕" w:eastAsia="맑은 고딕" w:hAnsi="맑은 고딕" w:cs="맑은 고딕" w:hint="eastAsia"/>
          <w:lang w:eastAsia="ko-KR"/>
        </w:rPr>
        <w:t>및</w:t>
      </w:r>
      <w:r w:rsidR="00010653">
        <w:rPr>
          <w:lang w:eastAsia="ko-KR"/>
        </w:rPr>
        <w:t xml:space="preserve"> </w:t>
      </w:r>
      <w:r w:rsidR="00010653">
        <w:rPr>
          <w:rFonts w:ascii="맑은 고딕" w:eastAsia="맑은 고딕" w:hAnsi="맑은 고딕" w:cs="맑은 고딕" w:hint="eastAsia"/>
          <w:lang w:eastAsia="ko-KR"/>
        </w:rPr>
        <w:t>충전기</w:t>
      </w:r>
      <w:r w:rsidR="00010653">
        <w:rPr>
          <w:lang w:eastAsia="ko-KR"/>
        </w:rPr>
        <w:t xml:space="preserve"> </w:t>
      </w:r>
      <w:r w:rsidR="00010653">
        <w:rPr>
          <w:rFonts w:ascii="맑은 고딕" w:eastAsia="맑은 고딕" w:hAnsi="맑은 고딕" w:cs="맑은 고딕" w:hint="eastAsia"/>
          <w:lang w:eastAsia="ko-KR"/>
        </w:rPr>
        <w:t>사용</w:t>
      </w:r>
      <w:r w:rsidR="00010653">
        <w:rPr>
          <w:lang w:eastAsia="ko-KR"/>
        </w:rPr>
        <w:t xml:space="preserve"> </w:t>
      </w:r>
      <w:r w:rsidR="00010653">
        <w:rPr>
          <w:rFonts w:ascii="맑은 고딕" w:eastAsia="맑은 고딕" w:hAnsi="맑은 고딕" w:cs="맑은 고딕" w:hint="eastAsia"/>
          <w:lang w:eastAsia="ko-KR"/>
        </w:rPr>
        <w:t>의무화</w:t>
      </w:r>
      <w:r w:rsidR="00010653">
        <w:rPr>
          <w:lang w:eastAsia="ko-KR"/>
        </w:rPr>
        <w:t>.</w:t>
      </w:r>
      <w:r w:rsidR="00010653">
        <w:rPr>
          <w:lang w:eastAsia="ko-KR"/>
        </w:rPr>
        <w:br/>
      </w:r>
      <w:r>
        <w:rPr>
          <w:rFonts w:eastAsia="맑은 고딕" w:hint="eastAsia"/>
          <w:lang w:eastAsia="ko-KR"/>
        </w:rPr>
        <w:t xml:space="preserve">- </w:t>
      </w:r>
      <w:r w:rsidR="00010653">
        <w:rPr>
          <w:rFonts w:ascii="맑은 고딕" w:eastAsia="맑은 고딕" w:hAnsi="맑은 고딕" w:cs="맑은 고딕" w:hint="eastAsia"/>
          <w:lang w:eastAsia="ko-KR"/>
        </w:rPr>
        <w:t>화재위험</w:t>
      </w:r>
      <w:r w:rsidR="00010653">
        <w:rPr>
          <w:lang w:eastAsia="ko-KR"/>
        </w:rPr>
        <w:t xml:space="preserve"> </w:t>
      </w:r>
      <w:r w:rsidR="00010653">
        <w:rPr>
          <w:rFonts w:ascii="맑은 고딕" w:eastAsia="맑은 고딕" w:hAnsi="맑은 고딕" w:cs="맑은 고딕" w:hint="eastAsia"/>
          <w:lang w:eastAsia="ko-KR"/>
        </w:rPr>
        <w:t>감지</w:t>
      </w:r>
      <w:r w:rsidR="00010653">
        <w:rPr>
          <w:lang w:eastAsia="ko-KR"/>
        </w:rPr>
        <w:t xml:space="preserve"> </w:t>
      </w:r>
      <w:r w:rsidR="00010653">
        <w:rPr>
          <w:rFonts w:ascii="맑은 고딕" w:eastAsia="맑은 고딕" w:hAnsi="맑은 고딕" w:cs="맑은 고딕" w:hint="eastAsia"/>
          <w:lang w:eastAsia="ko-KR"/>
        </w:rPr>
        <w:t>및</w:t>
      </w:r>
      <w:r w:rsidR="00010653">
        <w:rPr>
          <w:lang w:eastAsia="ko-KR"/>
        </w:rPr>
        <w:t xml:space="preserve"> </w:t>
      </w:r>
      <w:r w:rsidR="00010653">
        <w:rPr>
          <w:rFonts w:ascii="맑은 고딕" w:eastAsia="맑은 고딕" w:hAnsi="맑은 고딕" w:cs="맑은 고딕" w:hint="eastAsia"/>
          <w:lang w:eastAsia="ko-KR"/>
        </w:rPr>
        <w:t>차단</w:t>
      </w:r>
      <w:r w:rsidR="00010653">
        <w:rPr>
          <w:lang w:eastAsia="ko-KR"/>
        </w:rPr>
        <w:t xml:space="preserve"> </w:t>
      </w:r>
      <w:r w:rsidR="00010653">
        <w:rPr>
          <w:rFonts w:ascii="맑은 고딕" w:eastAsia="맑은 고딕" w:hAnsi="맑은 고딕" w:cs="맑은 고딕" w:hint="eastAsia"/>
          <w:lang w:eastAsia="ko-KR"/>
        </w:rPr>
        <w:t>장치</w:t>
      </w:r>
      <w:r w:rsidR="00010653">
        <w:rPr>
          <w:lang w:eastAsia="ko-KR"/>
        </w:rPr>
        <w:t xml:space="preserve"> </w:t>
      </w:r>
      <w:r w:rsidR="00010653">
        <w:rPr>
          <w:rFonts w:ascii="맑은 고딕" w:eastAsia="맑은 고딕" w:hAnsi="맑은 고딕" w:cs="맑은 고딕" w:hint="eastAsia"/>
          <w:lang w:eastAsia="ko-KR"/>
        </w:rPr>
        <w:t>탑재</w:t>
      </w:r>
      <w:r w:rsidR="00010653">
        <w:rPr>
          <w:lang w:eastAsia="ko-KR"/>
        </w:rPr>
        <w:t xml:space="preserve"> </w:t>
      </w:r>
      <w:r w:rsidR="00010653">
        <w:rPr>
          <w:rFonts w:ascii="맑은 고딕" w:eastAsia="맑은 고딕" w:hAnsi="맑은 고딕" w:cs="맑은 고딕" w:hint="eastAsia"/>
          <w:lang w:eastAsia="ko-KR"/>
        </w:rPr>
        <w:t>콘센트</w:t>
      </w:r>
      <w:r w:rsidR="00010653">
        <w:rPr>
          <w:lang w:eastAsia="ko-KR"/>
        </w:rPr>
        <w:t xml:space="preserve"> </w:t>
      </w:r>
      <w:r w:rsidR="00010653">
        <w:rPr>
          <w:rFonts w:ascii="맑은 고딕" w:eastAsia="맑은 고딕" w:hAnsi="맑은 고딕" w:cs="맑은 고딕" w:hint="eastAsia"/>
          <w:lang w:eastAsia="ko-KR"/>
        </w:rPr>
        <w:t>사용</w:t>
      </w:r>
      <w:r w:rsidR="00010653">
        <w:rPr>
          <w:lang w:eastAsia="ko-KR"/>
        </w:rPr>
        <w:t xml:space="preserve"> </w:t>
      </w:r>
      <w:r w:rsidR="00010653">
        <w:rPr>
          <w:rFonts w:ascii="맑은 고딕" w:eastAsia="맑은 고딕" w:hAnsi="맑은 고딕" w:cs="맑은 고딕" w:hint="eastAsia"/>
          <w:lang w:eastAsia="ko-KR"/>
        </w:rPr>
        <w:t>권장</w:t>
      </w:r>
      <w:r w:rsidR="00010653">
        <w:rPr>
          <w:lang w:eastAsia="ko-KR"/>
        </w:rPr>
        <w:t>.</w:t>
      </w:r>
      <w:r w:rsidR="00010653">
        <w:rPr>
          <w:lang w:eastAsia="ko-KR"/>
        </w:rPr>
        <w:br/>
      </w:r>
      <w:r>
        <w:rPr>
          <w:rFonts w:eastAsia="맑은 고딕" w:hint="eastAsia"/>
          <w:lang w:eastAsia="ko-KR"/>
        </w:rPr>
        <w:t xml:space="preserve">- </w:t>
      </w:r>
      <w:r w:rsidR="00010653">
        <w:rPr>
          <w:rFonts w:ascii="맑은 고딕" w:eastAsia="맑은 고딕" w:hAnsi="맑은 고딕" w:cs="맑은 고딕" w:hint="eastAsia"/>
          <w:lang w:eastAsia="ko-KR"/>
        </w:rPr>
        <w:t>서울시</w:t>
      </w:r>
      <w:r w:rsidR="00010653">
        <w:rPr>
          <w:lang w:eastAsia="ko-KR"/>
        </w:rPr>
        <w:t xml:space="preserve"> </w:t>
      </w:r>
      <w:r w:rsidR="00010653">
        <w:rPr>
          <w:rFonts w:ascii="맑은 고딕" w:eastAsia="맑은 고딕" w:hAnsi="맑은 고딕" w:cs="맑은 고딕" w:hint="eastAsia"/>
          <w:lang w:eastAsia="ko-KR"/>
        </w:rPr>
        <w:t>차원에서</w:t>
      </w:r>
      <w:r w:rsidR="00010653">
        <w:rPr>
          <w:lang w:eastAsia="ko-KR"/>
        </w:rPr>
        <w:t xml:space="preserve"> EPMD </w:t>
      </w:r>
      <w:r w:rsidR="00010653">
        <w:rPr>
          <w:rFonts w:ascii="맑은 고딕" w:eastAsia="맑은 고딕" w:hAnsi="맑은 고딕" w:cs="맑은 고딕" w:hint="eastAsia"/>
          <w:lang w:eastAsia="ko-KR"/>
        </w:rPr>
        <w:t>충전</w:t>
      </w:r>
      <w:r w:rsidR="00010653">
        <w:rPr>
          <w:lang w:eastAsia="ko-KR"/>
        </w:rPr>
        <w:t xml:space="preserve"> </w:t>
      </w:r>
      <w:r w:rsidR="00010653">
        <w:rPr>
          <w:rFonts w:ascii="맑은 고딕" w:eastAsia="맑은 고딕" w:hAnsi="맑은 고딕" w:cs="맑은 고딕" w:hint="eastAsia"/>
          <w:lang w:eastAsia="ko-KR"/>
        </w:rPr>
        <w:t>안전</w:t>
      </w:r>
      <w:r w:rsidR="00010653">
        <w:rPr>
          <w:lang w:eastAsia="ko-KR"/>
        </w:rPr>
        <w:t xml:space="preserve"> </w:t>
      </w:r>
      <w:r w:rsidR="00010653">
        <w:rPr>
          <w:rFonts w:ascii="맑은 고딕" w:eastAsia="맑은 고딕" w:hAnsi="맑은 고딕" w:cs="맑은 고딕" w:hint="eastAsia"/>
          <w:lang w:eastAsia="ko-KR"/>
        </w:rPr>
        <w:t>매뉴얼</w:t>
      </w:r>
      <w:r w:rsidR="00010653">
        <w:rPr>
          <w:lang w:eastAsia="ko-KR"/>
        </w:rPr>
        <w:t xml:space="preserve"> </w:t>
      </w:r>
      <w:r w:rsidR="00010653">
        <w:rPr>
          <w:rFonts w:ascii="맑은 고딕" w:eastAsia="맑은 고딕" w:hAnsi="맑은 고딕" w:cs="맑은 고딕" w:hint="eastAsia"/>
          <w:lang w:eastAsia="ko-KR"/>
        </w:rPr>
        <w:t>제작</w:t>
      </w:r>
      <w:r w:rsidR="00010653">
        <w:rPr>
          <w:lang w:eastAsia="ko-KR"/>
        </w:rPr>
        <w:t>·</w:t>
      </w:r>
      <w:r w:rsidR="00010653">
        <w:rPr>
          <w:rFonts w:ascii="맑은 고딕" w:eastAsia="맑은 고딕" w:hAnsi="맑은 고딕" w:cs="맑은 고딕" w:hint="eastAsia"/>
          <w:lang w:eastAsia="ko-KR"/>
        </w:rPr>
        <w:t>배포</w:t>
      </w:r>
      <w:r w:rsidR="00010653">
        <w:rPr>
          <w:lang w:eastAsia="ko-KR"/>
        </w:rPr>
        <w:t>.</w:t>
      </w:r>
    </w:p>
    <w:p w14:paraId="4F7ED4ED" w14:textId="08C3A0EB" w:rsidR="00A667F9" w:rsidRPr="00041763" w:rsidRDefault="00010653" w:rsidP="00041763">
      <w:pPr>
        <w:ind w:firstLineChars="100" w:firstLine="241"/>
        <w:rPr>
          <w:b/>
          <w:bCs/>
          <w:sz w:val="24"/>
          <w:szCs w:val="24"/>
          <w:lang w:eastAsia="ko-KR"/>
        </w:rPr>
      </w:pPr>
      <w:r w:rsidRPr="00041763">
        <w:rPr>
          <w:b/>
          <w:bCs/>
          <w:sz w:val="24"/>
          <w:szCs w:val="24"/>
          <w:lang w:eastAsia="ko-KR"/>
        </w:rPr>
        <w:t xml:space="preserve">(3) </w:t>
      </w:r>
      <w:r w:rsidRPr="00041763">
        <w:rPr>
          <w:rFonts w:ascii="맑은 고딕" w:eastAsia="맑은 고딕" w:hAnsi="맑은 고딕" w:cs="맑은 고딕" w:hint="eastAsia"/>
          <w:b/>
          <w:bCs/>
          <w:sz w:val="24"/>
          <w:szCs w:val="24"/>
          <w:lang w:eastAsia="ko-KR"/>
        </w:rPr>
        <w:t>운영</w:t>
      </w:r>
      <w:r w:rsidRPr="00041763">
        <w:rPr>
          <w:b/>
          <w:bCs/>
          <w:sz w:val="24"/>
          <w:szCs w:val="24"/>
          <w:lang w:eastAsia="ko-KR"/>
        </w:rPr>
        <w:t xml:space="preserve"> </w:t>
      </w:r>
      <w:r w:rsidRPr="00041763">
        <w:rPr>
          <w:rFonts w:ascii="맑은 고딕" w:eastAsia="맑은 고딕" w:hAnsi="맑은 고딕" w:cs="맑은 고딕" w:hint="eastAsia"/>
          <w:b/>
          <w:bCs/>
          <w:sz w:val="24"/>
          <w:szCs w:val="24"/>
          <w:lang w:eastAsia="ko-KR"/>
        </w:rPr>
        <w:t>및</w:t>
      </w:r>
      <w:r w:rsidRPr="00041763">
        <w:rPr>
          <w:b/>
          <w:bCs/>
          <w:sz w:val="24"/>
          <w:szCs w:val="24"/>
          <w:lang w:eastAsia="ko-KR"/>
        </w:rPr>
        <w:t xml:space="preserve"> </w:t>
      </w:r>
      <w:r w:rsidRPr="00041763">
        <w:rPr>
          <w:rFonts w:ascii="맑은 고딕" w:eastAsia="맑은 고딕" w:hAnsi="맑은 고딕" w:cs="맑은 고딕" w:hint="eastAsia"/>
          <w:b/>
          <w:bCs/>
          <w:sz w:val="24"/>
          <w:szCs w:val="24"/>
          <w:lang w:eastAsia="ko-KR"/>
        </w:rPr>
        <w:t>인센티브</w:t>
      </w:r>
    </w:p>
    <w:p w14:paraId="4FBB562C" w14:textId="30C92A05" w:rsidR="00A667F9" w:rsidRDefault="00041763">
      <w:pPr>
        <w:rPr>
          <w:lang w:eastAsia="ko-KR"/>
        </w:rPr>
      </w:pPr>
      <w:r>
        <w:rPr>
          <w:rFonts w:ascii="맑은 고딕" w:eastAsia="맑은 고딕" w:hAnsi="맑은 고딕" w:cs="맑은 고딕" w:hint="eastAsia"/>
          <w:lang w:eastAsia="ko-KR"/>
        </w:rPr>
        <w:t xml:space="preserve">- </w:t>
      </w:r>
      <w:r w:rsidR="00010653">
        <w:rPr>
          <w:rFonts w:ascii="맑은 고딕" w:eastAsia="맑은 고딕" w:hAnsi="맑은 고딕" w:cs="맑은 고딕" w:hint="eastAsia"/>
          <w:lang w:eastAsia="ko-KR"/>
        </w:rPr>
        <w:t>기</w:t>
      </w:r>
      <w:r w:rsidR="00010653">
        <w:rPr>
          <w:lang w:eastAsia="ko-KR"/>
        </w:rPr>
        <w:t>존</w:t>
      </w:r>
      <w:r w:rsidR="00010653">
        <w:rPr>
          <w:lang w:eastAsia="ko-KR"/>
        </w:rPr>
        <w:t xml:space="preserve"> </w:t>
      </w:r>
      <w:r w:rsidR="00010653">
        <w:rPr>
          <w:lang w:eastAsia="ko-KR"/>
        </w:rPr>
        <w:t>과금형</w:t>
      </w:r>
      <w:r w:rsidR="00010653">
        <w:rPr>
          <w:lang w:eastAsia="ko-KR"/>
        </w:rPr>
        <w:t xml:space="preserve"> </w:t>
      </w:r>
      <w:r w:rsidR="00010653">
        <w:rPr>
          <w:lang w:eastAsia="ko-KR"/>
        </w:rPr>
        <w:t>콘센트를</w:t>
      </w:r>
      <w:r w:rsidR="00010653">
        <w:rPr>
          <w:lang w:eastAsia="ko-KR"/>
        </w:rPr>
        <w:t xml:space="preserve"> EPMD </w:t>
      </w:r>
      <w:r w:rsidR="00010653">
        <w:rPr>
          <w:lang w:eastAsia="ko-KR"/>
        </w:rPr>
        <w:t>충전에</w:t>
      </w:r>
      <w:r w:rsidR="00010653">
        <w:rPr>
          <w:lang w:eastAsia="ko-KR"/>
        </w:rPr>
        <w:t xml:space="preserve"> </w:t>
      </w:r>
      <w:r w:rsidR="00010653">
        <w:rPr>
          <w:lang w:eastAsia="ko-KR"/>
        </w:rPr>
        <w:t>활용할</w:t>
      </w:r>
      <w:r w:rsidR="00010653">
        <w:rPr>
          <w:lang w:eastAsia="ko-KR"/>
        </w:rPr>
        <w:t xml:space="preserve"> </w:t>
      </w:r>
      <w:r w:rsidR="00010653">
        <w:rPr>
          <w:lang w:eastAsia="ko-KR"/>
        </w:rPr>
        <w:t>경우</w:t>
      </w:r>
      <w:r w:rsidR="00010653">
        <w:rPr>
          <w:lang w:eastAsia="ko-KR"/>
        </w:rPr>
        <w:t xml:space="preserve">, </w:t>
      </w:r>
      <w:r w:rsidR="00010653">
        <w:rPr>
          <w:lang w:eastAsia="ko-KR"/>
        </w:rPr>
        <w:t>운영</w:t>
      </w:r>
      <w:r w:rsidR="00010653">
        <w:rPr>
          <w:lang w:eastAsia="ko-KR"/>
        </w:rPr>
        <w:t xml:space="preserve"> </w:t>
      </w:r>
      <w:r w:rsidR="00010653">
        <w:rPr>
          <w:lang w:eastAsia="ko-KR"/>
        </w:rPr>
        <w:t>관리비</w:t>
      </w:r>
      <w:r w:rsidR="00010653">
        <w:rPr>
          <w:lang w:eastAsia="ko-KR"/>
        </w:rPr>
        <w:t xml:space="preserve"> </w:t>
      </w:r>
      <w:r w:rsidR="00010653">
        <w:rPr>
          <w:lang w:eastAsia="ko-KR"/>
        </w:rPr>
        <w:t>일부</w:t>
      </w:r>
      <w:r w:rsidR="00010653">
        <w:rPr>
          <w:lang w:eastAsia="ko-KR"/>
        </w:rPr>
        <w:t xml:space="preserve"> </w:t>
      </w:r>
      <w:r w:rsidR="00010653">
        <w:rPr>
          <w:lang w:eastAsia="ko-KR"/>
        </w:rPr>
        <w:t>지원</w:t>
      </w:r>
      <w:r w:rsidR="00010653">
        <w:rPr>
          <w:lang w:eastAsia="ko-KR"/>
        </w:rPr>
        <w:t>.</w:t>
      </w:r>
      <w:r w:rsidR="00010653">
        <w:rPr>
          <w:lang w:eastAsia="ko-KR"/>
        </w:rPr>
        <w:br/>
      </w:r>
      <w:r>
        <w:rPr>
          <w:rFonts w:eastAsia="맑은 고딕" w:hint="eastAsia"/>
          <w:lang w:eastAsia="ko-KR"/>
        </w:rPr>
        <w:t xml:space="preserve">- </w:t>
      </w:r>
      <w:r w:rsidR="00010653">
        <w:rPr>
          <w:lang w:eastAsia="ko-KR"/>
        </w:rPr>
        <w:t>초기</w:t>
      </w:r>
      <w:r w:rsidR="00010653">
        <w:rPr>
          <w:lang w:eastAsia="ko-KR"/>
        </w:rPr>
        <w:t xml:space="preserve"> </w:t>
      </w:r>
      <w:r w:rsidR="00010653">
        <w:rPr>
          <w:lang w:eastAsia="ko-KR"/>
        </w:rPr>
        <w:t>단계에서</w:t>
      </w:r>
      <w:r w:rsidR="00010653">
        <w:rPr>
          <w:lang w:eastAsia="ko-KR"/>
        </w:rPr>
        <w:t xml:space="preserve"> </w:t>
      </w:r>
      <w:r w:rsidR="00010653">
        <w:rPr>
          <w:rFonts w:ascii="맑은 고딕" w:eastAsia="맑은 고딕" w:hAnsi="맑은 고딕" w:cs="맑은 고딕" w:hint="eastAsia"/>
          <w:lang w:eastAsia="ko-KR"/>
        </w:rPr>
        <w:t xml:space="preserve">특례실증 등을 활용하여 </w:t>
      </w:r>
      <w:r w:rsidR="00010653">
        <w:rPr>
          <w:lang w:eastAsia="ko-KR"/>
        </w:rPr>
        <w:t xml:space="preserve">EPMD </w:t>
      </w:r>
      <w:r w:rsidR="00010653">
        <w:rPr>
          <w:lang w:eastAsia="ko-KR"/>
        </w:rPr>
        <w:t>충전</w:t>
      </w:r>
      <w:r w:rsidR="00010653">
        <w:rPr>
          <w:lang w:eastAsia="ko-KR"/>
        </w:rPr>
        <w:t xml:space="preserve"> </w:t>
      </w:r>
      <w:r w:rsidR="00010653">
        <w:rPr>
          <w:lang w:eastAsia="ko-KR"/>
        </w:rPr>
        <w:t>전용</w:t>
      </w:r>
      <w:r w:rsidR="00010653">
        <w:rPr>
          <w:lang w:eastAsia="ko-KR"/>
        </w:rPr>
        <w:t xml:space="preserve"> </w:t>
      </w:r>
      <w:r w:rsidR="00010653">
        <w:rPr>
          <w:lang w:eastAsia="ko-KR"/>
        </w:rPr>
        <w:t>존</w:t>
      </w:r>
      <w:r w:rsidR="00010653">
        <w:rPr>
          <w:lang w:eastAsia="ko-KR"/>
        </w:rPr>
        <w:t xml:space="preserve">(EPMD Charging Zone) </w:t>
      </w:r>
      <w:r w:rsidR="00010653">
        <w:rPr>
          <w:lang w:eastAsia="ko-KR"/>
        </w:rPr>
        <w:t>시범</w:t>
      </w:r>
      <w:r w:rsidR="00010653">
        <w:rPr>
          <w:lang w:eastAsia="ko-KR"/>
        </w:rPr>
        <w:t xml:space="preserve"> </w:t>
      </w:r>
      <w:r w:rsidR="00010653">
        <w:rPr>
          <w:lang w:eastAsia="ko-KR"/>
        </w:rPr>
        <w:t>운영</w:t>
      </w:r>
      <w:r w:rsidR="00010653">
        <w:rPr>
          <w:rFonts w:ascii="맑은 고딕" w:eastAsia="맑은 고딕" w:hAnsi="맑은 고딕" w:cs="맑은 고딕" w:hint="eastAsia"/>
          <w:lang w:eastAsia="ko-KR"/>
        </w:rPr>
        <w:t>하여 기술적,</w:t>
      </w:r>
      <w:r w:rsidR="00010653">
        <w:rPr>
          <w:rFonts w:ascii="맑은 고딕" w:eastAsia="맑은 고딕" w:hAnsi="맑은 고딕" w:cs="맑은 고딕"/>
          <w:lang w:eastAsia="ko-KR"/>
        </w:rPr>
        <w:t xml:space="preserve"> </w:t>
      </w:r>
      <w:r w:rsidR="00010653">
        <w:rPr>
          <w:rFonts w:ascii="맑은 고딕" w:eastAsia="맑은 고딕" w:hAnsi="맑은 고딕" w:cs="맑은 고딕" w:hint="eastAsia"/>
          <w:lang w:eastAsia="ko-KR"/>
        </w:rPr>
        <w:t>제도적 쟁점 확인과 해결</w:t>
      </w:r>
      <w:r w:rsidR="00010653">
        <w:rPr>
          <w:lang w:eastAsia="ko-KR"/>
        </w:rPr>
        <w:t>.</w:t>
      </w:r>
      <w:r w:rsidR="00010653">
        <w:rPr>
          <w:lang w:eastAsia="ko-KR"/>
        </w:rPr>
        <w:br/>
      </w:r>
      <w:r>
        <w:rPr>
          <w:rFonts w:eastAsia="맑은 고딕" w:hint="eastAsia"/>
          <w:lang w:eastAsia="ko-KR"/>
        </w:rPr>
        <w:t xml:space="preserve">- </w:t>
      </w:r>
      <w:r w:rsidR="00010653">
        <w:rPr>
          <w:lang w:eastAsia="ko-KR"/>
        </w:rPr>
        <w:t xml:space="preserve">EPMD </w:t>
      </w:r>
      <w:r w:rsidR="00010653">
        <w:rPr>
          <w:lang w:eastAsia="ko-KR"/>
        </w:rPr>
        <w:t>공유서비스</w:t>
      </w:r>
      <w:r w:rsidR="00010653">
        <w:rPr>
          <w:lang w:eastAsia="ko-KR"/>
        </w:rPr>
        <w:t xml:space="preserve"> </w:t>
      </w:r>
      <w:r w:rsidR="00010653">
        <w:rPr>
          <w:lang w:eastAsia="ko-KR"/>
        </w:rPr>
        <w:t>업체와</w:t>
      </w:r>
      <w:r w:rsidR="00010653">
        <w:rPr>
          <w:lang w:eastAsia="ko-KR"/>
        </w:rPr>
        <w:t xml:space="preserve"> </w:t>
      </w:r>
      <w:r w:rsidR="00010653">
        <w:rPr>
          <w:lang w:eastAsia="ko-KR"/>
        </w:rPr>
        <w:t>협력하여</w:t>
      </w:r>
      <w:r w:rsidR="00010653">
        <w:rPr>
          <w:lang w:eastAsia="ko-KR"/>
        </w:rPr>
        <w:t xml:space="preserve"> </w:t>
      </w:r>
      <w:r w:rsidR="00010653">
        <w:rPr>
          <w:lang w:eastAsia="ko-KR"/>
        </w:rPr>
        <w:t>공동주택</w:t>
      </w:r>
      <w:r w:rsidR="00010653">
        <w:rPr>
          <w:lang w:eastAsia="ko-KR"/>
        </w:rPr>
        <w:t xml:space="preserve"> </w:t>
      </w:r>
      <w:r w:rsidR="00010653">
        <w:rPr>
          <w:lang w:eastAsia="ko-KR"/>
        </w:rPr>
        <w:t>단지</w:t>
      </w:r>
      <w:r w:rsidR="00010653">
        <w:rPr>
          <w:lang w:eastAsia="ko-KR"/>
        </w:rPr>
        <w:t xml:space="preserve"> </w:t>
      </w:r>
      <w:r w:rsidR="00010653">
        <w:rPr>
          <w:lang w:eastAsia="ko-KR"/>
        </w:rPr>
        <w:t>내</w:t>
      </w:r>
      <w:r w:rsidR="00010653">
        <w:rPr>
          <w:lang w:eastAsia="ko-KR"/>
        </w:rPr>
        <w:t xml:space="preserve"> </w:t>
      </w:r>
      <w:r w:rsidR="00010653">
        <w:rPr>
          <w:lang w:eastAsia="ko-KR"/>
        </w:rPr>
        <w:t>안전</w:t>
      </w:r>
      <w:r w:rsidR="00010653">
        <w:rPr>
          <w:lang w:eastAsia="ko-KR"/>
        </w:rPr>
        <w:t xml:space="preserve"> </w:t>
      </w:r>
      <w:r w:rsidR="00010653">
        <w:rPr>
          <w:lang w:eastAsia="ko-KR"/>
        </w:rPr>
        <w:t>충전소</w:t>
      </w:r>
      <w:r w:rsidR="00010653">
        <w:rPr>
          <w:lang w:eastAsia="ko-KR"/>
        </w:rPr>
        <w:t xml:space="preserve"> </w:t>
      </w:r>
      <w:r w:rsidR="00010653">
        <w:rPr>
          <w:lang w:eastAsia="ko-KR"/>
        </w:rPr>
        <w:t>구축</w:t>
      </w:r>
      <w:r w:rsidR="00010653">
        <w:rPr>
          <w:lang w:eastAsia="ko-KR"/>
        </w:rPr>
        <w:t>.</w:t>
      </w:r>
    </w:p>
    <w:p w14:paraId="60E5BA29" w14:textId="77777777" w:rsidR="00A667F9" w:rsidRDefault="00010653">
      <w:pPr>
        <w:pStyle w:val="1"/>
        <w:rPr>
          <w:lang w:eastAsia="ko-KR"/>
        </w:rPr>
      </w:pPr>
      <w:r>
        <w:rPr>
          <w:lang w:eastAsia="ko-KR"/>
        </w:rPr>
        <w:t xml:space="preserve">4. </w:t>
      </w:r>
      <w:r>
        <w:rPr>
          <w:lang w:eastAsia="ko-KR"/>
        </w:rPr>
        <w:t>기대</w:t>
      </w:r>
      <w:r>
        <w:rPr>
          <w:lang w:eastAsia="ko-KR"/>
        </w:rPr>
        <w:t xml:space="preserve"> </w:t>
      </w:r>
      <w:r>
        <w:rPr>
          <w:lang w:eastAsia="ko-KR"/>
        </w:rPr>
        <w:t>효과</w:t>
      </w:r>
    </w:p>
    <w:p w14:paraId="6823B17A" w14:textId="33EE3DE0" w:rsidR="00A667F9" w:rsidRDefault="00041763">
      <w:pPr>
        <w:rPr>
          <w:lang w:eastAsia="ko-KR"/>
        </w:rPr>
      </w:pPr>
      <w:r>
        <w:rPr>
          <w:rFonts w:eastAsia="맑은 고딕" w:hint="eastAsia"/>
          <w:lang w:eastAsia="ko-KR"/>
        </w:rPr>
        <w:t xml:space="preserve">- </w:t>
      </w:r>
      <w:r w:rsidR="00010653">
        <w:rPr>
          <w:lang w:eastAsia="ko-KR"/>
        </w:rPr>
        <w:t>화재</w:t>
      </w:r>
      <w:r w:rsidR="00010653">
        <w:rPr>
          <w:lang w:eastAsia="ko-KR"/>
        </w:rPr>
        <w:t xml:space="preserve"> </w:t>
      </w:r>
      <w:r w:rsidR="00010653">
        <w:rPr>
          <w:lang w:eastAsia="ko-KR"/>
        </w:rPr>
        <w:t>위험</w:t>
      </w:r>
      <w:r w:rsidR="00010653">
        <w:rPr>
          <w:lang w:eastAsia="ko-KR"/>
        </w:rPr>
        <w:t xml:space="preserve"> </w:t>
      </w:r>
      <w:r w:rsidR="00010653">
        <w:rPr>
          <w:lang w:eastAsia="ko-KR"/>
        </w:rPr>
        <w:t>감소</w:t>
      </w:r>
      <w:r w:rsidR="00010653">
        <w:rPr>
          <w:lang w:eastAsia="ko-KR"/>
        </w:rPr>
        <w:t xml:space="preserve">: </w:t>
      </w:r>
      <w:r w:rsidR="00010653">
        <w:rPr>
          <w:lang w:eastAsia="ko-KR"/>
        </w:rPr>
        <w:t>비공식</w:t>
      </w:r>
      <w:r w:rsidR="00010653">
        <w:rPr>
          <w:lang w:eastAsia="ko-KR"/>
        </w:rPr>
        <w:t>·</w:t>
      </w:r>
      <w:r w:rsidR="00010653">
        <w:rPr>
          <w:lang w:eastAsia="ko-KR"/>
        </w:rPr>
        <w:t>실내</w:t>
      </w:r>
      <w:r w:rsidR="00010653">
        <w:rPr>
          <w:lang w:eastAsia="ko-KR"/>
        </w:rPr>
        <w:t xml:space="preserve"> </w:t>
      </w:r>
      <w:r w:rsidR="00010653">
        <w:rPr>
          <w:lang w:eastAsia="ko-KR"/>
        </w:rPr>
        <w:t>충전</w:t>
      </w:r>
      <w:r w:rsidR="00010653">
        <w:rPr>
          <w:lang w:eastAsia="ko-KR"/>
        </w:rPr>
        <w:t xml:space="preserve"> </w:t>
      </w:r>
      <w:r w:rsidR="00010653">
        <w:rPr>
          <w:lang w:eastAsia="ko-KR"/>
        </w:rPr>
        <w:t>대신</w:t>
      </w:r>
      <w:r w:rsidR="00010653">
        <w:rPr>
          <w:lang w:eastAsia="ko-KR"/>
        </w:rPr>
        <w:t xml:space="preserve"> </w:t>
      </w:r>
      <w:r w:rsidR="00010653">
        <w:rPr>
          <w:lang w:eastAsia="ko-KR"/>
        </w:rPr>
        <w:t>인증된</w:t>
      </w:r>
      <w:r w:rsidR="00010653">
        <w:rPr>
          <w:lang w:eastAsia="ko-KR"/>
        </w:rPr>
        <w:t xml:space="preserve"> </w:t>
      </w:r>
      <w:r w:rsidR="00010653">
        <w:rPr>
          <w:lang w:eastAsia="ko-KR"/>
        </w:rPr>
        <w:t>인프라</w:t>
      </w:r>
      <w:r w:rsidR="00010653">
        <w:rPr>
          <w:lang w:eastAsia="ko-KR"/>
        </w:rPr>
        <w:t xml:space="preserve"> </w:t>
      </w:r>
      <w:r w:rsidR="00010653">
        <w:rPr>
          <w:lang w:eastAsia="ko-KR"/>
        </w:rPr>
        <w:t>사용</w:t>
      </w:r>
      <w:r w:rsidR="00010653">
        <w:rPr>
          <w:lang w:eastAsia="ko-KR"/>
        </w:rPr>
        <w:t xml:space="preserve"> </w:t>
      </w:r>
      <w:r w:rsidR="00010653">
        <w:rPr>
          <w:lang w:eastAsia="ko-KR"/>
        </w:rPr>
        <w:t>확대</w:t>
      </w:r>
      <w:r w:rsidR="00010653">
        <w:rPr>
          <w:lang w:eastAsia="ko-KR"/>
        </w:rPr>
        <w:t>.</w:t>
      </w:r>
      <w:r w:rsidR="00010653">
        <w:rPr>
          <w:lang w:eastAsia="ko-KR"/>
        </w:rPr>
        <w:br/>
      </w:r>
      <w:r>
        <w:rPr>
          <w:rFonts w:eastAsia="맑은 고딕" w:hint="eastAsia"/>
          <w:lang w:eastAsia="ko-KR"/>
        </w:rPr>
        <w:t xml:space="preserve">- </w:t>
      </w:r>
      <w:r w:rsidR="00010653">
        <w:rPr>
          <w:lang w:eastAsia="ko-KR"/>
        </w:rPr>
        <w:t>이용자</w:t>
      </w:r>
      <w:r w:rsidR="00010653">
        <w:rPr>
          <w:lang w:eastAsia="ko-KR"/>
        </w:rPr>
        <w:t xml:space="preserve"> </w:t>
      </w:r>
      <w:r w:rsidR="00010653">
        <w:rPr>
          <w:lang w:eastAsia="ko-KR"/>
        </w:rPr>
        <w:t>편의</w:t>
      </w:r>
      <w:r w:rsidR="00010653">
        <w:rPr>
          <w:lang w:eastAsia="ko-KR"/>
        </w:rPr>
        <w:t xml:space="preserve"> </w:t>
      </w:r>
      <w:r w:rsidR="00010653">
        <w:rPr>
          <w:lang w:eastAsia="ko-KR"/>
        </w:rPr>
        <w:t>증대</w:t>
      </w:r>
      <w:r w:rsidR="00010653">
        <w:rPr>
          <w:lang w:eastAsia="ko-KR"/>
        </w:rPr>
        <w:t xml:space="preserve">: </w:t>
      </w:r>
      <w:r w:rsidR="00010653">
        <w:rPr>
          <w:lang w:eastAsia="ko-KR"/>
        </w:rPr>
        <w:t>아파트</w:t>
      </w:r>
      <w:r w:rsidR="00010653">
        <w:rPr>
          <w:lang w:eastAsia="ko-KR"/>
        </w:rPr>
        <w:t xml:space="preserve"> </w:t>
      </w:r>
      <w:r w:rsidR="00010653">
        <w:rPr>
          <w:lang w:eastAsia="ko-KR"/>
        </w:rPr>
        <w:t>단지</w:t>
      </w:r>
      <w:r w:rsidR="00010653">
        <w:rPr>
          <w:lang w:eastAsia="ko-KR"/>
        </w:rPr>
        <w:t xml:space="preserve"> </w:t>
      </w:r>
      <w:r w:rsidR="00010653">
        <w:rPr>
          <w:lang w:eastAsia="ko-KR"/>
        </w:rPr>
        <w:t>내</w:t>
      </w:r>
      <w:r w:rsidR="00010653">
        <w:rPr>
          <w:lang w:eastAsia="ko-KR"/>
        </w:rPr>
        <w:t xml:space="preserve"> </w:t>
      </w:r>
      <w:r w:rsidR="00010653">
        <w:rPr>
          <w:lang w:eastAsia="ko-KR"/>
        </w:rPr>
        <w:t>합법적이고</w:t>
      </w:r>
      <w:r w:rsidR="00010653">
        <w:rPr>
          <w:lang w:eastAsia="ko-KR"/>
        </w:rPr>
        <w:t xml:space="preserve"> </w:t>
      </w:r>
      <w:r w:rsidR="00010653">
        <w:rPr>
          <w:lang w:eastAsia="ko-KR"/>
        </w:rPr>
        <w:t>접근성</w:t>
      </w:r>
      <w:r w:rsidR="00010653">
        <w:rPr>
          <w:lang w:eastAsia="ko-KR"/>
        </w:rPr>
        <w:t xml:space="preserve"> </w:t>
      </w:r>
      <w:r w:rsidR="00010653">
        <w:rPr>
          <w:lang w:eastAsia="ko-KR"/>
        </w:rPr>
        <w:t>높은</w:t>
      </w:r>
      <w:r w:rsidR="00010653">
        <w:rPr>
          <w:lang w:eastAsia="ko-KR"/>
        </w:rPr>
        <w:t xml:space="preserve"> </w:t>
      </w:r>
      <w:r w:rsidR="00010653">
        <w:rPr>
          <w:lang w:eastAsia="ko-KR"/>
        </w:rPr>
        <w:t>충전</w:t>
      </w:r>
      <w:r w:rsidR="00010653">
        <w:rPr>
          <w:lang w:eastAsia="ko-KR"/>
        </w:rPr>
        <w:t xml:space="preserve"> </w:t>
      </w:r>
      <w:r w:rsidR="00010653">
        <w:rPr>
          <w:lang w:eastAsia="ko-KR"/>
        </w:rPr>
        <w:t>가능</w:t>
      </w:r>
      <w:r w:rsidR="00010653">
        <w:rPr>
          <w:lang w:eastAsia="ko-KR"/>
        </w:rPr>
        <w:t>.</w:t>
      </w:r>
      <w:r w:rsidR="00010653">
        <w:rPr>
          <w:lang w:eastAsia="ko-KR"/>
        </w:rPr>
        <w:br/>
      </w:r>
      <w:r>
        <w:rPr>
          <w:rFonts w:eastAsia="맑은 고딕" w:hint="eastAsia"/>
          <w:lang w:eastAsia="ko-KR"/>
        </w:rPr>
        <w:t xml:space="preserve">- </w:t>
      </w:r>
      <w:r w:rsidR="00010653">
        <w:rPr>
          <w:lang w:eastAsia="ko-KR"/>
        </w:rPr>
        <w:t>기존</w:t>
      </w:r>
      <w:r w:rsidR="00010653">
        <w:rPr>
          <w:lang w:eastAsia="ko-KR"/>
        </w:rPr>
        <w:t xml:space="preserve"> </w:t>
      </w:r>
      <w:r w:rsidR="00010653">
        <w:rPr>
          <w:lang w:eastAsia="ko-KR"/>
        </w:rPr>
        <w:t>인프라</w:t>
      </w:r>
      <w:r w:rsidR="00010653">
        <w:rPr>
          <w:lang w:eastAsia="ko-KR"/>
        </w:rPr>
        <w:t xml:space="preserve"> </w:t>
      </w:r>
      <w:r w:rsidR="00010653">
        <w:rPr>
          <w:lang w:eastAsia="ko-KR"/>
        </w:rPr>
        <w:t>활용</w:t>
      </w:r>
      <w:r w:rsidR="00010653">
        <w:rPr>
          <w:lang w:eastAsia="ko-KR"/>
        </w:rPr>
        <w:t xml:space="preserve"> </w:t>
      </w:r>
      <w:r w:rsidR="00010653">
        <w:rPr>
          <w:lang w:eastAsia="ko-KR"/>
        </w:rPr>
        <w:t>극대화</w:t>
      </w:r>
      <w:r w:rsidR="00010653">
        <w:rPr>
          <w:lang w:eastAsia="ko-KR"/>
        </w:rPr>
        <w:t xml:space="preserve">: </w:t>
      </w:r>
      <w:r w:rsidR="00010653">
        <w:rPr>
          <w:lang w:eastAsia="ko-KR"/>
        </w:rPr>
        <w:t>추가</w:t>
      </w:r>
      <w:r w:rsidR="00010653">
        <w:rPr>
          <w:lang w:eastAsia="ko-KR"/>
        </w:rPr>
        <w:t xml:space="preserve"> </w:t>
      </w:r>
      <w:r w:rsidR="00010653">
        <w:rPr>
          <w:lang w:eastAsia="ko-KR"/>
        </w:rPr>
        <w:t>설치비용</w:t>
      </w:r>
      <w:r w:rsidR="00010653">
        <w:rPr>
          <w:lang w:eastAsia="ko-KR"/>
        </w:rPr>
        <w:t xml:space="preserve"> </w:t>
      </w:r>
      <w:r w:rsidR="00010653">
        <w:rPr>
          <w:lang w:eastAsia="ko-KR"/>
        </w:rPr>
        <w:t>최소화</w:t>
      </w:r>
      <w:r w:rsidR="00010653">
        <w:rPr>
          <w:lang w:eastAsia="ko-KR"/>
        </w:rPr>
        <w:t xml:space="preserve">, </w:t>
      </w:r>
      <w:r w:rsidR="00010653">
        <w:rPr>
          <w:lang w:eastAsia="ko-KR"/>
        </w:rPr>
        <w:t>보급</w:t>
      </w:r>
      <w:r w:rsidR="00010653">
        <w:rPr>
          <w:lang w:eastAsia="ko-KR"/>
        </w:rPr>
        <w:t xml:space="preserve"> </w:t>
      </w:r>
      <w:r w:rsidR="00010653">
        <w:rPr>
          <w:lang w:eastAsia="ko-KR"/>
        </w:rPr>
        <w:t>효과</w:t>
      </w:r>
      <w:r w:rsidR="00010653">
        <w:rPr>
          <w:lang w:eastAsia="ko-KR"/>
        </w:rPr>
        <w:t xml:space="preserve"> </w:t>
      </w:r>
      <w:r w:rsidR="00010653">
        <w:rPr>
          <w:lang w:eastAsia="ko-KR"/>
        </w:rPr>
        <w:t>증폭</w:t>
      </w:r>
      <w:r w:rsidR="00010653">
        <w:rPr>
          <w:lang w:eastAsia="ko-KR"/>
        </w:rPr>
        <w:t>.</w:t>
      </w:r>
      <w:r w:rsidR="00010653">
        <w:rPr>
          <w:lang w:eastAsia="ko-KR"/>
        </w:rPr>
        <w:br/>
      </w:r>
      <w:r>
        <w:rPr>
          <w:rFonts w:eastAsia="맑은 고딕" w:hint="eastAsia"/>
          <w:lang w:eastAsia="ko-KR"/>
        </w:rPr>
        <w:t xml:space="preserve">- </w:t>
      </w:r>
      <w:r w:rsidR="00010653">
        <w:rPr>
          <w:lang w:eastAsia="ko-KR"/>
        </w:rPr>
        <w:t>도시</w:t>
      </w:r>
      <w:r w:rsidR="00010653">
        <w:rPr>
          <w:lang w:eastAsia="ko-KR"/>
        </w:rPr>
        <w:t xml:space="preserve"> </w:t>
      </w:r>
      <w:r w:rsidR="00010653">
        <w:rPr>
          <w:lang w:eastAsia="ko-KR"/>
        </w:rPr>
        <w:t>안전</w:t>
      </w:r>
      <w:r w:rsidR="00010653">
        <w:rPr>
          <w:lang w:eastAsia="ko-KR"/>
        </w:rPr>
        <w:t xml:space="preserve"> </w:t>
      </w:r>
      <w:r w:rsidR="00010653">
        <w:rPr>
          <w:lang w:eastAsia="ko-KR"/>
        </w:rPr>
        <w:t>강화</w:t>
      </w:r>
      <w:r w:rsidR="00010653">
        <w:rPr>
          <w:lang w:eastAsia="ko-KR"/>
        </w:rPr>
        <w:t xml:space="preserve">: </w:t>
      </w:r>
      <w:r w:rsidR="00010653">
        <w:rPr>
          <w:lang w:eastAsia="ko-KR"/>
        </w:rPr>
        <w:t>서울시가</w:t>
      </w:r>
      <w:r w:rsidR="00010653">
        <w:rPr>
          <w:lang w:eastAsia="ko-KR"/>
        </w:rPr>
        <w:t xml:space="preserve"> </w:t>
      </w:r>
      <w:r w:rsidR="00010653">
        <w:rPr>
          <w:lang w:eastAsia="ko-KR"/>
        </w:rPr>
        <w:t>선제적으로</w:t>
      </w:r>
      <w:r w:rsidR="00010653">
        <w:rPr>
          <w:lang w:eastAsia="ko-KR"/>
        </w:rPr>
        <w:t xml:space="preserve"> EPMD </w:t>
      </w:r>
      <w:r w:rsidR="00010653">
        <w:rPr>
          <w:lang w:eastAsia="ko-KR"/>
        </w:rPr>
        <w:t>안전</w:t>
      </w:r>
      <w:r w:rsidR="00010653">
        <w:rPr>
          <w:lang w:eastAsia="ko-KR"/>
        </w:rPr>
        <w:t xml:space="preserve"> </w:t>
      </w:r>
      <w:r w:rsidR="00010653">
        <w:rPr>
          <w:lang w:eastAsia="ko-KR"/>
        </w:rPr>
        <w:t>대책을</w:t>
      </w:r>
      <w:r w:rsidR="00010653">
        <w:rPr>
          <w:lang w:eastAsia="ko-KR"/>
        </w:rPr>
        <w:t xml:space="preserve"> </w:t>
      </w:r>
      <w:r w:rsidR="00010653">
        <w:rPr>
          <w:lang w:eastAsia="ko-KR"/>
        </w:rPr>
        <w:t>제시함으로써</w:t>
      </w:r>
      <w:r w:rsidR="00010653">
        <w:rPr>
          <w:lang w:eastAsia="ko-KR"/>
        </w:rPr>
        <w:t xml:space="preserve"> </w:t>
      </w:r>
      <w:r w:rsidR="00010653">
        <w:rPr>
          <w:lang w:eastAsia="ko-KR"/>
        </w:rPr>
        <w:t>전국</w:t>
      </w:r>
      <w:r w:rsidR="00010653">
        <w:rPr>
          <w:lang w:eastAsia="ko-KR"/>
        </w:rPr>
        <w:t xml:space="preserve"> </w:t>
      </w:r>
      <w:r w:rsidR="00010653">
        <w:rPr>
          <w:lang w:eastAsia="ko-KR"/>
        </w:rPr>
        <w:t>지자체로</w:t>
      </w:r>
      <w:r w:rsidR="00010653">
        <w:rPr>
          <w:lang w:eastAsia="ko-KR"/>
        </w:rPr>
        <w:t xml:space="preserve"> </w:t>
      </w:r>
      <w:r w:rsidR="00010653">
        <w:rPr>
          <w:lang w:eastAsia="ko-KR"/>
        </w:rPr>
        <w:t>확산</w:t>
      </w:r>
      <w:r w:rsidR="00010653">
        <w:rPr>
          <w:lang w:eastAsia="ko-KR"/>
        </w:rPr>
        <w:t xml:space="preserve"> </w:t>
      </w:r>
      <w:r w:rsidR="00010653">
        <w:rPr>
          <w:lang w:eastAsia="ko-KR"/>
        </w:rPr>
        <w:t>가능</w:t>
      </w:r>
      <w:r w:rsidR="00010653">
        <w:rPr>
          <w:lang w:eastAsia="ko-KR"/>
        </w:rPr>
        <w:t>.</w:t>
      </w:r>
    </w:p>
    <w:p w14:paraId="3C5C7574" w14:textId="77777777" w:rsidR="00A667F9" w:rsidRDefault="00010653">
      <w:pPr>
        <w:pStyle w:val="1"/>
        <w:rPr>
          <w:lang w:eastAsia="ko-KR"/>
        </w:rPr>
      </w:pPr>
      <w:r>
        <w:rPr>
          <w:lang w:eastAsia="ko-KR"/>
        </w:rPr>
        <w:t xml:space="preserve">5. </w:t>
      </w:r>
      <w:r>
        <w:rPr>
          <w:lang w:eastAsia="ko-KR"/>
        </w:rPr>
        <w:t>결론</w:t>
      </w:r>
    </w:p>
    <w:p w14:paraId="4212BEB4" w14:textId="078CE8D2" w:rsidR="00A667F9" w:rsidRDefault="00010653">
      <w:pPr>
        <w:rPr>
          <w:lang w:eastAsia="ko-KR"/>
        </w:rPr>
      </w:pPr>
      <w:r>
        <w:rPr>
          <w:lang w:eastAsia="ko-KR"/>
        </w:rPr>
        <w:t>서울시는</w:t>
      </w:r>
      <w:r>
        <w:rPr>
          <w:lang w:eastAsia="ko-KR"/>
        </w:rPr>
        <w:t xml:space="preserve"> </w:t>
      </w:r>
      <w:r>
        <w:rPr>
          <w:lang w:eastAsia="ko-KR"/>
        </w:rPr>
        <w:t>이미</w:t>
      </w:r>
      <w:r>
        <w:rPr>
          <w:lang w:eastAsia="ko-KR"/>
        </w:rPr>
        <w:t xml:space="preserve"> </w:t>
      </w:r>
      <w:r>
        <w:rPr>
          <w:lang w:eastAsia="ko-KR"/>
        </w:rPr>
        <w:t>구축된</w:t>
      </w:r>
      <w:r>
        <w:rPr>
          <w:lang w:eastAsia="ko-KR"/>
        </w:rPr>
        <w:t xml:space="preserve"> </w:t>
      </w:r>
      <w:r>
        <w:rPr>
          <w:lang w:eastAsia="ko-KR"/>
        </w:rPr>
        <w:t>과금형</w:t>
      </w:r>
      <w:r>
        <w:rPr>
          <w:lang w:eastAsia="ko-KR"/>
        </w:rPr>
        <w:t xml:space="preserve"> </w:t>
      </w:r>
      <w:r>
        <w:rPr>
          <w:lang w:eastAsia="ko-KR"/>
        </w:rPr>
        <w:t>콘센트</w:t>
      </w:r>
      <w:r>
        <w:rPr>
          <w:lang w:eastAsia="ko-KR"/>
        </w:rPr>
        <w:t xml:space="preserve"> </w:t>
      </w:r>
      <w:r>
        <w:rPr>
          <w:lang w:eastAsia="ko-KR"/>
        </w:rPr>
        <w:t>인프라를</w:t>
      </w:r>
      <w:r>
        <w:rPr>
          <w:lang w:eastAsia="ko-KR"/>
        </w:rPr>
        <w:t xml:space="preserve"> </w:t>
      </w:r>
      <w:r>
        <w:rPr>
          <w:lang w:eastAsia="ko-KR"/>
        </w:rPr>
        <w:t>제도적으로</w:t>
      </w:r>
      <w:r>
        <w:rPr>
          <w:lang w:eastAsia="ko-KR"/>
        </w:rPr>
        <w:t xml:space="preserve"> EPMD </w:t>
      </w:r>
      <w:r>
        <w:rPr>
          <w:lang w:eastAsia="ko-KR"/>
        </w:rPr>
        <w:t>충전에</w:t>
      </w:r>
      <w:r>
        <w:rPr>
          <w:lang w:eastAsia="ko-KR"/>
        </w:rPr>
        <w:t xml:space="preserve"> </w:t>
      </w:r>
      <w:r>
        <w:rPr>
          <w:lang w:eastAsia="ko-KR"/>
        </w:rPr>
        <w:t>연결함으로써</w:t>
      </w:r>
      <w:r>
        <w:rPr>
          <w:lang w:eastAsia="ko-KR"/>
        </w:rPr>
        <w:t xml:space="preserve">, </w:t>
      </w:r>
      <w:r>
        <w:rPr>
          <w:lang w:eastAsia="ko-KR"/>
        </w:rPr>
        <w:t>추가적인</w:t>
      </w:r>
      <w:r>
        <w:rPr>
          <w:lang w:eastAsia="ko-KR"/>
        </w:rPr>
        <w:t xml:space="preserve"> </w:t>
      </w:r>
      <w:r>
        <w:rPr>
          <w:lang w:eastAsia="ko-KR"/>
        </w:rPr>
        <w:t>대규모</w:t>
      </w:r>
      <w:r>
        <w:rPr>
          <w:lang w:eastAsia="ko-KR"/>
        </w:rPr>
        <w:t xml:space="preserve"> </w:t>
      </w:r>
      <w:r>
        <w:rPr>
          <w:lang w:eastAsia="ko-KR"/>
        </w:rPr>
        <w:t>투자</w:t>
      </w:r>
      <w:r>
        <w:rPr>
          <w:lang w:eastAsia="ko-KR"/>
        </w:rPr>
        <w:t xml:space="preserve"> </w:t>
      </w:r>
      <w:r>
        <w:rPr>
          <w:lang w:eastAsia="ko-KR"/>
        </w:rPr>
        <w:t>없이도</w:t>
      </w:r>
      <w:r>
        <w:rPr>
          <w:lang w:eastAsia="ko-KR"/>
        </w:rPr>
        <w:t xml:space="preserve"> </w:t>
      </w:r>
      <w:r>
        <w:rPr>
          <w:lang w:eastAsia="ko-KR"/>
        </w:rPr>
        <w:t>안전하고</w:t>
      </w:r>
      <w:r>
        <w:rPr>
          <w:lang w:eastAsia="ko-KR"/>
        </w:rPr>
        <w:t xml:space="preserve"> </w:t>
      </w:r>
      <w:r>
        <w:rPr>
          <w:lang w:eastAsia="ko-KR"/>
        </w:rPr>
        <w:t>지속가능한</w:t>
      </w:r>
      <w:r>
        <w:rPr>
          <w:lang w:eastAsia="ko-KR"/>
        </w:rPr>
        <w:t xml:space="preserve"> EPMD </w:t>
      </w:r>
      <w:r>
        <w:rPr>
          <w:lang w:eastAsia="ko-KR"/>
        </w:rPr>
        <w:t>충전환경을</w:t>
      </w:r>
      <w:r>
        <w:rPr>
          <w:lang w:eastAsia="ko-KR"/>
        </w:rPr>
        <w:t xml:space="preserve"> </w:t>
      </w:r>
      <w:r>
        <w:rPr>
          <w:lang w:eastAsia="ko-KR"/>
        </w:rPr>
        <w:t>마련할</w:t>
      </w:r>
      <w:r>
        <w:rPr>
          <w:lang w:eastAsia="ko-KR"/>
        </w:rPr>
        <w:t xml:space="preserve"> </w:t>
      </w:r>
      <w:r>
        <w:rPr>
          <w:lang w:eastAsia="ko-KR"/>
        </w:rPr>
        <w:t>수</w:t>
      </w:r>
      <w:r>
        <w:rPr>
          <w:lang w:eastAsia="ko-KR"/>
        </w:rPr>
        <w:t xml:space="preserve"> </w:t>
      </w:r>
      <w:r>
        <w:rPr>
          <w:lang w:eastAsia="ko-KR"/>
        </w:rPr>
        <w:t>있음</w:t>
      </w:r>
      <w:r>
        <w:rPr>
          <w:lang w:eastAsia="ko-KR"/>
        </w:rPr>
        <w:t>.</w:t>
      </w:r>
      <w:r>
        <w:rPr>
          <w:lang w:eastAsia="ko-KR"/>
        </w:rPr>
        <w:br/>
      </w:r>
      <w:r>
        <w:rPr>
          <w:lang w:eastAsia="ko-KR"/>
        </w:rPr>
        <w:t>이는</w:t>
      </w:r>
      <w:r>
        <w:rPr>
          <w:lang w:eastAsia="ko-KR"/>
        </w:rPr>
        <w:t xml:space="preserve"> </w:t>
      </w:r>
      <w:r>
        <w:rPr>
          <w:lang w:eastAsia="ko-KR"/>
        </w:rPr>
        <w:t>향후</w:t>
      </w:r>
      <w:r>
        <w:rPr>
          <w:lang w:eastAsia="ko-KR"/>
        </w:rPr>
        <w:t xml:space="preserve"> </w:t>
      </w:r>
      <w:r>
        <w:rPr>
          <w:lang w:eastAsia="ko-KR"/>
        </w:rPr>
        <w:t>서울시가</w:t>
      </w:r>
      <w:r>
        <w:rPr>
          <w:lang w:eastAsia="ko-KR"/>
        </w:rPr>
        <w:t xml:space="preserve"> “</w:t>
      </w:r>
      <w:r>
        <w:rPr>
          <w:lang w:eastAsia="ko-KR"/>
        </w:rPr>
        <w:t>전동</w:t>
      </w:r>
      <w:r>
        <w:rPr>
          <w:lang w:eastAsia="ko-KR"/>
        </w:rPr>
        <w:t xml:space="preserve"> </w:t>
      </w:r>
      <w:proofErr w:type="spellStart"/>
      <w:r>
        <w:rPr>
          <w:lang w:eastAsia="ko-KR"/>
        </w:rPr>
        <w:t>모빌리티</w:t>
      </w:r>
      <w:proofErr w:type="spellEnd"/>
      <w:r>
        <w:rPr>
          <w:lang w:eastAsia="ko-KR"/>
        </w:rPr>
        <w:t xml:space="preserve"> </w:t>
      </w:r>
      <w:r>
        <w:rPr>
          <w:lang w:eastAsia="ko-KR"/>
        </w:rPr>
        <w:t>안전도시</w:t>
      </w:r>
      <w:r>
        <w:rPr>
          <w:lang w:eastAsia="ko-KR"/>
        </w:rPr>
        <w:t>”</w:t>
      </w:r>
      <w:proofErr w:type="spellStart"/>
      <w:r>
        <w:rPr>
          <w:lang w:eastAsia="ko-KR"/>
        </w:rPr>
        <w:t>로</w:t>
      </w:r>
      <w:proofErr w:type="spellEnd"/>
      <w:r>
        <w:rPr>
          <w:lang w:eastAsia="ko-KR"/>
        </w:rPr>
        <w:t xml:space="preserve"> </w:t>
      </w:r>
      <w:r>
        <w:rPr>
          <w:lang w:eastAsia="ko-KR"/>
        </w:rPr>
        <w:t>자리매김하는</w:t>
      </w:r>
      <w:r>
        <w:rPr>
          <w:lang w:eastAsia="ko-KR"/>
        </w:rPr>
        <w:t xml:space="preserve"> </w:t>
      </w:r>
      <w:r>
        <w:rPr>
          <w:lang w:eastAsia="ko-KR"/>
        </w:rPr>
        <w:t>데</w:t>
      </w:r>
      <w:r>
        <w:rPr>
          <w:lang w:eastAsia="ko-KR"/>
        </w:rPr>
        <w:t xml:space="preserve"> </w:t>
      </w:r>
      <w:r>
        <w:rPr>
          <w:lang w:eastAsia="ko-KR"/>
        </w:rPr>
        <w:t>중요한</w:t>
      </w:r>
      <w:r>
        <w:rPr>
          <w:lang w:eastAsia="ko-KR"/>
        </w:rPr>
        <w:t xml:space="preserve"> </w:t>
      </w:r>
      <w:r>
        <w:rPr>
          <w:lang w:eastAsia="ko-KR"/>
        </w:rPr>
        <w:t>기반이</w:t>
      </w:r>
      <w:r>
        <w:rPr>
          <w:lang w:eastAsia="ko-KR"/>
        </w:rPr>
        <w:t xml:space="preserve"> </w:t>
      </w:r>
      <w:r>
        <w:rPr>
          <w:lang w:eastAsia="ko-KR"/>
        </w:rPr>
        <w:t>될</w:t>
      </w:r>
      <w:r>
        <w:rPr>
          <w:lang w:eastAsia="ko-KR"/>
        </w:rPr>
        <w:t xml:space="preserve"> </w:t>
      </w:r>
      <w:r>
        <w:rPr>
          <w:lang w:eastAsia="ko-KR"/>
        </w:rPr>
        <w:t>것임</w:t>
      </w:r>
      <w:r>
        <w:rPr>
          <w:lang w:eastAsia="ko-KR"/>
        </w:rPr>
        <w:t>.</w:t>
      </w:r>
    </w:p>
    <w:p w14:paraId="43CC7BEF" w14:textId="16BB49C8" w:rsidR="00872276" w:rsidRDefault="00872276">
      <w:pPr>
        <w:rPr>
          <w:rFonts w:eastAsia="맑은 고딕"/>
          <w:lang w:eastAsia="ko-KR"/>
        </w:rPr>
      </w:pPr>
    </w:p>
    <w:p w14:paraId="2A0A3BD9" w14:textId="65A6C487" w:rsidR="00872276" w:rsidRDefault="00872276">
      <w:pPr>
        <w:rPr>
          <w:rFonts w:eastAsia="맑은 고딕"/>
          <w:lang w:eastAsia="ko-KR"/>
        </w:rPr>
      </w:pPr>
    </w:p>
    <w:p w14:paraId="49CE60EF" w14:textId="73157B57" w:rsidR="00872276" w:rsidRPr="00872276" w:rsidRDefault="00872276">
      <w:pPr>
        <w:rPr>
          <w:rFonts w:eastAsia="맑은 고딕"/>
          <w:lang w:eastAsia="ko-KR"/>
        </w:rPr>
      </w:pPr>
      <w:r>
        <w:rPr>
          <w:rFonts w:eastAsia="맑은 고딕" w:hint="eastAsia"/>
          <w:lang w:eastAsia="ko-KR"/>
        </w:rPr>
        <w:t>제안자</w:t>
      </w:r>
      <w:r>
        <w:rPr>
          <w:rFonts w:eastAsia="맑은 고딕" w:hint="eastAsia"/>
          <w:lang w:eastAsia="ko-KR"/>
        </w:rPr>
        <w:t>:</w:t>
      </w:r>
      <w:r>
        <w:rPr>
          <w:rFonts w:eastAsia="맑은 고딕"/>
          <w:lang w:eastAsia="ko-KR"/>
        </w:rPr>
        <w:t xml:space="preserve"> </w:t>
      </w:r>
      <w:proofErr w:type="spellStart"/>
      <w:r w:rsidR="006C2D9E">
        <w:rPr>
          <w:rFonts w:eastAsia="맑은 고딕" w:hint="eastAsia"/>
          <w:lang w:eastAsia="ko-KR"/>
        </w:rPr>
        <w:t>산경에너지</w:t>
      </w:r>
      <w:proofErr w:type="spellEnd"/>
      <w:r>
        <w:rPr>
          <w:rFonts w:eastAsia="맑은 고딕" w:hint="eastAsia"/>
          <w:lang w:eastAsia="ko-KR"/>
        </w:rPr>
        <w:t xml:space="preserve"> </w:t>
      </w:r>
      <w:r>
        <w:rPr>
          <w:rFonts w:eastAsia="맑은 고딕" w:hint="eastAsia"/>
          <w:lang w:eastAsia="ko-KR"/>
        </w:rPr>
        <w:t>이만섭</w:t>
      </w:r>
      <w:r w:rsidR="006C2D9E">
        <w:rPr>
          <w:rFonts w:eastAsia="맑은 고딕" w:hint="eastAsia"/>
          <w:lang w:eastAsia="ko-KR"/>
        </w:rPr>
        <w:t xml:space="preserve"> </w:t>
      </w:r>
      <w:r w:rsidR="006C2D9E">
        <w:rPr>
          <w:rFonts w:eastAsia="맑은 고딕" w:hint="eastAsia"/>
          <w:lang w:eastAsia="ko-KR"/>
        </w:rPr>
        <w:t>기자</w:t>
      </w:r>
      <w:r w:rsidR="006C2D9E">
        <w:rPr>
          <w:rFonts w:eastAsia="맑은 고딕" w:hint="eastAsia"/>
          <w:lang w:eastAsia="ko-KR"/>
        </w:rPr>
        <w:t xml:space="preserve"> </w:t>
      </w:r>
      <w:r>
        <w:rPr>
          <w:rFonts w:eastAsia="맑은 고딕" w:hint="eastAsia"/>
          <w:lang w:eastAsia="ko-KR"/>
        </w:rPr>
        <w:t>(</w:t>
      </w:r>
      <w:r>
        <w:rPr>
          <w:rFonts w:eastAsia="맑은 고딕"/>
          <w:lang w:eastAsia="ko-KR"/>
        </w:rPr>
        <w:t xml:space="preserve">010-3032-6454) email: </w:t>
      </w:r>
      <w:hyperlink r:id="rId9" w:history="1">
        <w:r w:rsidRPr="000C3E05">
          <w:rPr>
            <w:rStyle w:val="aff1"/>
            <w:rFonts w:eastAsia="맑은 고딕" w:hint="eastAsia"/>
            <w:lang w:eastAsia="ko-KR"/>
          </w:rPr>
          <w:t>s</w:t>
        </w:r>
        <w:r w:rsidRPr="000C3E05">
          <w:rPr>
            <w:rStyle w:val="aff1"/>
            <w:rFonts w:eastAsia="맑은 고딕"/>
            <w:lang w:eastAsia="ko-KR"/>
          </w:rPr>
          <w:t>ulpi0107@hanmail.net</w:t>
        </w:r>
      </w:hyperlink>
      <w:r>
        <w:rPr>
          <w:rFonts w:eastAsia="맑은 고딕"/>
          <w:lang w:eastAsia="ko-KR"/>
        </w:rPr>
        <w:t xml:space="preserve"> </w:t>
      </w:r>
    </w:p>
    <w:sectPr w:rsidR="00872276" w:rsidRPr="00872276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29D10AC" w14:textId="77777777" w:rsidR="00062D75" w:rsidRDefault="00062D75" w:rsidP="009D7AAE">
      <w:pPr>
        <w:spacing w:after="0" w:line="240" w:lineRule="auto"/>
      </w:pPr>
      <w:r>
        <w:separator/>
      </w:r>
    </w:p>
  </w:endnote>
  <w:endnote w:type="continuationSeparator" w:id="0">
    <w:p w14:paraId="43CCAB4D" w14:textId="77777777" w:rsidR="00062D75" w:rsidRDefault="00062D75" w:rsidP="009D7A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HY견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043B4E0" w14:textId="77777777" w:rsidR="00062D75" w:rsidRDefault="00062D75" w:rsidP="009D7AAE">
      <w:pPr>
        <w:spacing w:after="0" w:line="240" w:lineRule="auto"/>
      </w:pPr>
      <w:r>
        <w:separator/>
      </w:r>
    </w:p>
  </w:footnote>
  <w:footnote w:type="continuationSeparator" w:id="0">
    <w:p w14:paraId="777F3516" w14:textId="77777777" w:rsidR="00062D75" w:rsidRDefault="00062D75" w:rsidP="009D7A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10653"/>
    <w:rsid w:val="00034616"/>
    <w:rsid w:val="00041763"/>
    <w:rsid w:val="0006063C"/>
    <w:rsid w:val="00062D75"/>
    <w:rsid w:val="000A79CA"/>
    <w:rsid w:val="000B22CD"/>
    <w:rsid w:val="0015074B"/>
    <w:rsid w:val="00157D27"/>
    <w:rsid w:val="0029639D"/>
    <w:rsid w:val="00326F90"/>
    <w:rsid w:val="00417DBC"/>
    <w:rsid w:val="00610642"/>
    <w:rsid w:val="006C2D9E"/>
    <w:rsid w:val="00872276"/>
    <w:rsid w:val="00947CF8"/>
    <w:rsid w:val="009D7AAE"/>
    <w:rsid w:val="00A52AC7"/>
    <w:rsid w:val="00A667F9"/>
    <w:rsid w:val="00AA1D8D"/>
    <w:rsid w:val="00B47730"/>
    <w:rsid w:val="00CB0664"/>
    <w:rsid w:val="00EF1ED1"/>
    <w:rsid w:val="00F82A62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58FCEE1A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FC693F"/>
  </w:style>
  <w:style w:type="paragraph" w:styleId="1">
    <w:name w:val="heading 1"/>
    <w:basedOn w:val="a1"/>
    <w:next w:val="a1"/>
    <w:link w:val="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">
    <w:name w:val="머리글 Char"/>
    <w:basedOn w:val="a2"/>
    <w:link w:val="a5"/>
    <w:uiPriority w:val="99"/>
    <w:rsid w:val="00E618BF"/>
  </w:style>
  <w:style w:type="paragraph" w:styleId="a6">
    <w:name w:val="footer"/>
    <w:basedOn w:val="a1"/>
    <w:link w:val="Char0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0">
    <w:name w:val="바닥글 Char"/>
    <w:basedOn w:val="a2"/>
    <w:link w:val="a6"/>
    <w:uiPriority w:val="99"/>
    <w:rsid w:val="00E618BF"/>
  </w:style>
  <w:style w:type="paragraph" w:styleId="a7">
    <w:name w:val="No Spacing"/>
    <w:uiPriority w:val="1"/>
    <w:qFormat/>
    <w:rsid w:val="00FC693F"/>
    <w:pPr>
      <w:spacing w:after="0" w:line="240" w:lineRule="auto"/>
    </w:pPr>
  </w:style>
  <w:style w:type="character" w:customStyle="1" w:styleId="1Char">
    <w:name w:val="제목 1 Char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Char">
    <w:name w:val="제목 2 Char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Char">
    <w:name w:val="제목 3 Char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8">
    <w:name w:val="Title"/>
    <w:basedOn w:val="a1"/>
    <w:next w:val="a1"/>
    <w:link w:val="Char1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Char1">
    <w:name w:val="제목 Char"/>
    <w:basedOn w:val="a2"/>
    <w:link w:val="a8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9">
    <w:name w:val="Subtitle"/>
    <w:basedOn w:val="a1"/>
    <w:next w:val="a1"/>
    <w:link w:val="Char2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Char2">
    <w:name w:val="부제 Char"/>
    <w:basedOn w:val="a2"/>
    <w:link w:val="a9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a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b">
    <w:name w:val="Body Text"/>
    <w:basedOn w:val="a1"/>
    <w:link w:val="Char3"/>
    <w:uiPriority w:val="99"/>
    <w:unhideWhenUsed/>
    <w:rsid w:val="00AA1D8D"/>
    <w:pPr>
      <w:spacing w:after="120"/>
    </w:pPr>
  </w:style>
  <w:style w:type="character" w:customStyle="1" w:styleId="Char3">
    <w:name w:val="본문 Char"/>
    <w:basedOn w:val="a2"/>
    <w:link w:val="ab"/>
    <w:uiPriority w:val="99"/>
    <w:rsid w:val="00AA1D8D"/>
  </w:style>
  <w:style w:type="paragraph" w:styleId="22">
    <w:name w:val="Body Text 2"/>
    <w:basedOn w:val="a1"/>
    <w:link w:val="2Char0"/>
    <w:uiPriority w:val="99"/>
    <w:unhideWhenUsed/>
    <w:rsid w:val="00AA1D8D"/>
    <w:pPr>
      <w:spacing w:after="120" w:line="480" w:lineRule="auto"/>
    </w:pPr>
  </w:style>
  <w:style w:type="character" w:customStyle="1" w:styleId="2Char0">
    <w:name w:val="본문 2 Char"/>
    <w:basedOn w:val="a2"/>
    <w:link w:val="22"/>
    <w:uiPriority w:val="99"/>
    <w:rsid w:val="00AA1D8D"/>
  </w:style>
  <w:style w:type="paragraph" w:styleId="32">
    <w:name w:val="Body Text 3"/>
    <w:basedOn w:val="a1"/>
    <w:link w:val="3Char0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Char0">
    <w:name w:val="본문 3 Char"/>
    <w:basedOn w:val="a2"/>
    <w:link w:val="32"/>
    <w:uiPriority w:val="99"/>
    <w:rsid w:val="00AA1D8D"/>
    <w:rPr>
      <w:sz w:val="16"/>
      <w:szCs w:val="16"/>
    </w:rPr>
  </w:style>
  <w:style w:type="paragraph" w:styleId="ac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3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3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d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4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4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e">
    <w:name w:val="macro"/>
    <w:link w:val="Char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Char4">
    <w:name w:val="매크로 텍스트 Char"/>
    <w:basedOn w:val="a2"/>
    <w:link w:val="ae"/>
    <w:uiPriority w:val="99"/>
    <w:rsid w:val="0029639D"/>
    <w:rPr>
      <w:rFonts w:ascii="Courier" w:hAnsi="Courier"/>
      <w:sz w:val="20"/>
      <w:szCs w:val="20"/>
    </w:rPr>
  </w:style>
  <w:style w:type="paragraph" w:styleId="af">
    <w:name w:val="Quote"/>
    <w:basedOn w:val="a1"/>
    <w:next w:val="a1"/>
    <w:link w:val="Char5"/>
    <w:uiPriority w:val="29"/>
    <w:qFormat/>
    <w:rsid w:val="00FC693F"/>
    <w:rPr>
      <w:i/>
      <w:iCs/>
      <w:color w:val="000000" w:themeColor="text1"/>
    </w:rPr>
  </w:style>
  <w:style w:type="character" w:customStyle="1" w:styleId="Char5">
    <w:name w:val="인용 Char"/>
    <w:basedOn w:val="a2"/>
    <w:link w:val="af"/>
    <w:uiPriority w:val="29"/>
    <w:rsid w:val="00FC693F"/>
    <w:rPr>
      <w:i/>
      <w:iCs/>
      <w:color w:val="000000" w:themeColor="text1"/>
    </w:rPr>
  </w:style>
  <w:style w:type="character" w:customStyle="1" w:styleId="4Char">
    <w:name w:val="제목 4 Char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Char">
    <w:name w:val="제목 5 Char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Char">
    <w:name w:val="제목 6 Char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Char">
    <w:name w:val="제목 7 Char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Char">
    <w:name w:val="제목 8 Char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Char">
    <w:name w:val="제목 9 Char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0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1">
    <w:name w:val="Strong"/>
    <w:basedOn w:val="a2"/>
    <w:uiPriority w:val="22"/>
    <w:qFormat/>
    <w:rsid w:val="00FC693F"/>
    <w:rPr>
      <w:b/>
      <w:bCs/>
    </w:rPr>
  </w:style>
  <w:style w:type="character" w:styleId="af2">
    <w:name w:val="Emphasis"/>
    <w:basedOn w:val="a2"/>
    <w:uiPriority w:val="20"/>
    <w:qFormat/>
    <w:rsid w:val="00FC693F"/>
    <w:rPr>
      <w:i/>
      <w:iCs/>
    </w:rPr>
  </w:style>
  <w:style w:type="paragraph" w:styleId="af3">
    <w:name w:val="Intense Quote"/>
    <w:basedOn w:val="a1"/>
    <w:next w:val="a1"/>
    <w:link w:val="Char6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har6">
    <w:name w:val="강한 인용 Char"/>
    <w:basedOn w:val="a2"/>
    <w:link w:val="af3"/>
    <w:uiPriority w:val="30"/>
    <w:rsid w:val="00FC693F"/>
    <w:rPr>
      <w:b/>
      <w:bCs/>
      <w:i/>
      <w:iCs/>
      <w:color w:val="4F81BD" w:themeColor="accent1"/>
    </w:rPr>
  </w:style>
  <w:style w:type="character" w:styleId="af4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5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6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7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8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TOC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9">
    <w:name w:val="Table Grid"/>
    <w:basedOn w:val="a3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a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b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c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0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5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1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6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2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7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5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d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e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0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aff1">
    <w:name w:val="Hyperlink"/>
    <w:basedOn w:val="a2"/>
    <w:uiPriority w:val="99"/>
    <w:unhideWhenUsed/>
    <w:rsid w:val="00872276"/>
    <w:rPr>
      <w:color w:val="0000FF" w:themeColor="hyperlink"/>
      <w:u w:val="single"/>
    </w:rPr>
  </w:style>
  <w:style w:type="character" w:customStyle="1" w:styleId="UnresolvedMention">
    <w:name w:val="Unresolved Mention"/>
    <w:basedOn w:val="a2"/>
    <w:uiPriority w:val="99"/>
    <w:semiHidden/>
    <w:unhideWhenUsed/>
    <w:rsid w:val="00872276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FC693F"/>
  </w:style>
  <w:style w:type="paragraph" w:styleId="1">
    <w:name w:val="heading 1"/>
    <w:basedOn w:val="a1"/>
    <w:next w:val="a1"/>
    <w:link w:val="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">
    <w:name w:val="머리글 Char"/>
    <w:basedOn w:val="a2"/>
    <w:link w:val="a5"/>
    <w:uiPriority w:val="99"/>
    <w:rsid w:val="00E618BF"/>
  </w:style>
  <w:style w:type="paragraph" w:styleId="a6">
    <w:name w:val="footer"/>
    <w:basedOn w:val="a1"/>
    <w:link w:val="Char0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0">
    <w:name w:val="바닥글 Char"/>
    <w:basedOn w:val="a2"/>
    <w:link w:val="a6"/>
    <w:uiPriority w:val="99"/>
    <w:rsid w:val="00E618BF"/>
  </w:style>
  <w:style w:type="paragraph" w:styleId="a7">
    <w:name w:val="No Spacing"/>
    <w:uiPriority w:val="1"/>
    <w:qFormat/>
    <w:rsid w:val="00FC693F"/>
    <w:pPr>
      <w:spacing w:after="0" w:line="240" w:lineRule="auto"/>
    </w:pPr>
  </w:style>
  <w:style w:type="character" w:customStyle="1" w:styleId="1Char">
    <w:name w:val="제목 1 Char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Char">
    <w:name w:val="제목 2 Char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Char">
    <w:name w:val="제목 3 Char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8">
    <w:name w:val="Title"/>
    <w:basedOn w:val="a1"/>
    <w:next w:val="a1"/>
    <w:link w:val="Char1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Char1">
    <w:name w:val="제목 Char"/>
    <w:basedOn w:val="a2"/>
    <w:link w:val="a8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9">
    <w:name w:val="Subtitle"/>
    <w:basedOn w:val="a1"/>
    <w:next w:val="a1"/>
    <w:link w:val="Char2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Char2">
    <w:name w:val="부제 Char"/>
    <w:basedOn w:val="a2"/>
    <w:link w:val="a9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a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b">
    <w:name w:val="Body Text"/>
    <w:basedOn w:val="a1"/>
    <w:link w:val="Char3"/>
    <w:uiPriority w:val="99"/>
    <w:unhideWhenUsed/>
    <w:rsid w:val="00AA1D8D"/>
    <w:pPr>
      <w:spacing w:after="120"/>
    </w:pPr>
  </w:style>
  <w:style w:type="character" w:customStyle="1" w:styleId="Char3">
    <w:name w:val="본문 Char"/>
    <w:basedOn w:val="a2"/>
    <w:link w:val="ab"/>
    <w:uiPriority w:val="99"/>
    <w:rsid w:val="00AA1D8D"/>
  </w:style>
  <w:style w:type="paragraph" w:styleId="22">
    <w:name w:val="Body Text 2"/>
    <w:basedOn w:val="a1"/>
    <w:link w:val="2Char0"/>
    <w:uiPriority w:val="99"/>
    <w:unhideWhenUsed/>
    <w:rsid w:val="00AA1D8D"/>
    <w:pPr>
      <w:spacing w:after="120" w:line="480" w:lineRule="auto"/>
    </w:pPr>
  </w:style>
  <w:style w:type="character" w:customStyle="1" w:styleId="2Char0">
    <w:name w:val="본문 2 Char"/>
    <w:basedOn w:val="a2"/>
    <w:link w:val="22"/>
    <w:uiPriority w:val="99"/>
    <w:rsid w:val="00AA1D8D"/>
  </w:style>
  <w:style w:type="paragraph" w:styleId="32">
    <w:name w:val="Body Text 3"/>
    <w:basedOn w:val="a1"/>
    <w:link w:val="3Char0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Char0">
    <w:name w:val="본문 3 Char"/>
    <w:basedOn w:val="a2"/>
    <w:link w:val="32"/>
    <w:uiPriority w:val="99"/>
    <w:rsid w:val="00AA1D8D"/>
    <w:rPr>
      <w:sz w:val="16"/>
      <w:szCs w:val="16"/>
    </w:rPr>
  </w:style>
  <w:style w:type="paragraph" w:styleId="ac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3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3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d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4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4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e">
    <w:name w:val="macro"/>
    <w:link w:val="Char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Char4">
    <w:name w:val="매크로 텍스트 Char"/>
    <w:basedOn w:val="a2"/>
    <w:link w:val="ae"/>
    <w:uiPriority w:val="99"/>
    <w:rsid w:val="0029639D"/>
    <w:rPr>
      <w:rFonts w:ascii="Courier" w:hAnsi="Courier"/>
      <w:sz w:val="20"/>
      <w:szCs w:val="20"/>
    </w:rPr>
  </w:style>
  <w:style w:type="paragraph" w:styleId="af">
    <w:name w:val="Quote"/>
    <w:basedOn w:val="a1"/>
    <w:next w:val="a1"/>
    <w:link w:val="Char5"/>
    <w:uiPriority w:val="29"/>
    <w:qFormat/>
    <w:rsid w:val="00FC693F"/>
    <w:rPr>
      <w:i/>
      <w:iCs/>
      <w:color w:val="000000" w:themeColor="text1"/>
    </w:rPr>
  </w:style>
  <w:style w:type="character" w:customStyle="1" w:styleId="Char5">
    <w:name w:val="인용 Char"/>
    <w:basedOn w:val="a2"/>
    <w:link w:val="af"/>
    <w:uiPriority w:val="29"/>
    <w:rsid w:val="00FC693F"/>
    <w:rPr>
      <w:i/>
      <w:iCs/>
      <w:color w:val="000000" w:themeColor="text1"/>
    </w:rPr>
  </w:style>
  <w:style w:type="character" w:customStyle="1" w:styleId="4Char">
    <w:name w:val="제목 4 Char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Char">
    <w:name w:val="제목 5 Char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Char">
    <w:name w:val="제목 6 Char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Char">
    <w:name w:val="제목 7 Char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Char">
    <w:name w:val="제목 8 Char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Char">
    <w:name w:val="제목 9 Char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0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1">
    <w:name w:val="Strong"/>
    <w:basedOn w:val="a2"/>
    <w:uiPriority w:val="22"/>
    <w:qFormat/>
    <w:rsid w:val="00FC693F"/>
    <w:rPr>
      <w:b/>
      <w:bCs/>
    </w:rPr>
  </w:style>
  <w:style w:type="character" w:styleId="af2">
    <w:name w:val="Emphasis"/>
    <w:basedOn w:val="a2"/>
    <w:uiPriority w:val="20"/>
    <w:qFormat/>
    <w:rsid w:val="00FC693F"/>
    <w:rPr>
      <w:i/>
      <w:iCs/>
    </w:rPr>
  </w:style>
  <w:style w:type="paragraph" w:styleId="af3">
    <w:name w:val="Intense Quote"/>
    <w:basedOn w:val="a1"/>
    <w:next w:val="a1"/>
    <w:link w:val="Char6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har6">
    <w:name w:val="강한 인용 Char"/>
    <w:basedOn w:val="a2"/>
    <w:link w:val="af3"/>
    <w:uiPriority w:val="30"/>
    <w:rsid w:val="00FC693F"/>
    <w:rPr>
      <w:b/>
      <w:bCs/>
      <w:i/>
      <w:iCs/>
      <w:color w:val="4F81BD" w:themeColor="accent1"/>
    </w:rPr>
  </w:style>
  <w:style w:type="character" w:styleId="af4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5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6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7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8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TOC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9">
    <w:name w:val="Table Grid"/>
    <w:basedOn w:val="a3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a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b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c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0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5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1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6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2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7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5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d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e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0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aff1">
    <w:name w:val="Hyperlink"/>
    <w:basedOn w:val="a2"/>
    <w:uiPriority w:val="99"/>
    <w:unhideWhenUsed/>
    <w:rsid w:val="00872276"/>
    <w:rPr>
      <w:color w:val="0000FF" w:themeColor="hyperlink"/>
      <w:u w:val="single"/>
    </w:rPr>
  </w:style>
  <w:style w:type="character" w:customStyle="1" w:styleId="UnresolvedMention">
    <w:name w:val="Unresolved Mention"/>
    <w:basedOn w:val="a2"/>
    <w:uiPriority w:val="99"/>
    <w:semiHidden/>
    <w:unhideWhenUsed/>
    <w:rsid w:val="0087227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mailto:sulpi0107@hanmail.ne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6C1ADFC7-B5F9-4A30-9E05-4309542D89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218</Words>
  <Characters>1247</Characters>
  <Application>Microsoft Office Word</Application>
  <DocSecurity>0</DocSecurity>
  <Lines>10</Lines>
  <Paragraphs>2</Paragraphs>
  <ScaleCrop>false</ScaleCrop>
  <HeadingPairs>
    <vt:vector size="4" baseType="variant">
      <vt:variant>
        <vt:lpstr>제목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1463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python-docx</dc:creator>
  <dc:description>generated by python-docx</dc:description>
  <cp:lastModifiedBy>82103</cp:lastModifiedBy>
  <cp:revision>2</cp:revision>
  <dcterms:created xsi:type="dcterms:W3CDTF">2025-08-28T00:33:00Z</dcterms:created>
  <dcterms:modified xsi:type="dcterms:W3CDTF">2025-08-28T00:33:00Z</dcterms:modified>
</cp:coreProperties>
</file>